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BE6" w:rsidRDefault="004D41DE">
      <w:pPr>
        <w:jc w:val="center"/>
      </w:pPr>
      <w:r>
        <w:rPr>
          <w:b/>
          <w:sz w:val="34"/>
        </w:rPr>
        <w:t>기본정보</w:t>
      </w:r>
      <w:r>
        <w:rPr>
          <w:b/>
          <w:sz w:val="34"/>
        </w:rPr>
        <w:t xml:space="preserve"> </w:t>
      </w:r>
      <w:r>
        <w:rPr>
          <w:b/>
          <w:sz w:val="34"/>
        </w:rPr>
        <w:t>확인서</w:t>
      </w:r>
    </w:p>
    <w:p w:rsidR="00105BE6" w:rsidRDefault="004D41DE">
      <w:pPr>
        <w:jc w:val="center"/>
        <w:rPr>
          <w:lang w:eastAsia="ko-KR"/>
        </w:rPr>
      </w:pPr>
      <w:r>
        <w:rPr>
          <w:color w:val="777777"/>
          <w:sz w:val="19"/>
          <w:lang w:eastAsia="ko-KR"/>
        </w:rPr>
        <w:t>인천농산물주식회사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귀중</w:t>
      </w:r>
      <w:r>
        <w:rPr>
          <w:color w:val="777777"/>
          <w:sz w:val="19"/>
          <w:lang w:eastAsia="ko-KR"/>
        </w:rPr>
        <w:t xml:space="preserve"> · </w:t>
      </w:r>
      <w:r>
        <w:rPr>
          <w:color w:val="777777"/>
          <w:sz w:val="19"/>
          <w:lang w:eastAsia="ko-KR"/>
        </w:rPr>
        <w:t>사전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검토용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1. </w:t>
      </w:r>
      <w:r>
        <w:rPr>
          <w:b/>
          <w:color w:val="FFFFFF"/>
          <w:sz w:val="23"/>
        </w:rPr>
        <w:t>기본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인적사항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  <w:gridCol w:w="1701"/>
        <w:gridCol w:w="3061"/>
      </w:tblGrid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성명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한글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성명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한자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생년월일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 xml:space="preserve">   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  </w:t>
            </w:r>
            <w:r>
              <w:rPr>
                <w:sz w:val="19"/>
              </w:rPr>
              <w:t>월</w:t>
            </w:r>
            <w:r>
              <w:rPr>
                <w:sz w:val="19"/>
              </w:rPr>
              <w:t xml:space="preserve">    </w:t>
            </w:r>
            <w:r>
              <w:rPr>
                <w:sz w:val="19"/>
              </w:rPr>
              <w:t>일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성별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 xml:space="preserve">□ </w:t>
            </w:r>
            <w:r>
              <w:rPr>
                <w:sz w:val="19"/>
              </w:rPr>
              <w:t>남</w:t>
            </w:r>
            <w:r>
              <w:rPr>
                <w:sz w:val="19"/>
              </w:rPr>
              <w:t xml:space="preserve">   □ </w:t>
            </w:r>
            <w:r>
              <w:rPr>
                <w:sz w:val="19"/>
              </w:rPr>
              <w:t>여</w:t>
            </w:r>
          </w:p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휴대전화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이메일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자택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주소</w:t>
            </w:r>
          </w:p>
        </w:tc>
        <w:tc>
          <w:tcPr>
            <w:tcW w:w="3061" w:type="dxa"/>
            <w:gridSpan w:val="3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2. </w:t>
      </w:r>
      <w:r>
        <w:rPr>
          <w:b/>
          <w:color w:val="FFFFFF"/>
          <w:sz w:val="23"/>
        </w:rPr>
        <w:t>사업자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정보</w:t>
      </w:r>
      <w:r>
        <w:rPr>
          <w:b/>
          <w:color w:val="FFFFFF"/>
          <w:sz w:val="23"/>
        </w:rPr>
        <w:t xml:space="preserve"> (</w:t>
      </w:r>
      <w:r>
        <w:rPr>
          <w:b/>
          <w:color w:val="FFFFFF"/>
          <w:sz w:val="23"/>
        </w:rPr>
        <w:t>보유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시</w:t>
      </w:r>
      <w:r>
        <w:rPr>
          <w:b/>
          <w:color w:val="FFFFFF"/>
          <w:sz w:val="23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  <w:gridCol w:w="1701"/>
        <w:gridCol w:w="3061"/>
      </w:tblGrid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사업자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구분</w:t>
            </w:r>
          </w:p>
        </w:tc>
        <w:tc>
          <w:tcPr>
            <w:tcW w:w="3061" w:type="dxa"/>
            <w:gridSpan w:val="3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기존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사업자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등록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보유</w:t>
            </w:r>
            <w:r>
              <w:rPr>
                <w:sz w:val="19"/>
                <w:lang w:eastAsia="ko-KR"/>
              </w:rPr>
              <w:t xml:space="preserve">)   □ </w:t>
            </w:r>
            <w:r>
              <w:rPr>
                <w:sz w:val="19"/>
                <w:lang w:eastAsia="ko-KR"/>
              </w:rPr>
              <w:t>신규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예정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미등록</w:t>
            </w:r>
            <w:r>
              <w:rPr>
                <w:sz w:val="19"/>
                <w:lang w:eastAsia="ko-KR"/>
              </w:rPr>
              <w:t xml:space="preserve">)   □ </w:t>
            </w:r>
            <w:r>
              <w:rPr>
                <w:sz w:val="19"/>
                <w:lang w:eastAsia="ko-KR"/>
              </w:rPr>
              <w:t>기타</w:t>
            </w:r>
          </w:p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상호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사업자등록번호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업태</w:t>
            </w:r>
            <w:r>
              <w:rPr>
                <w:b/>
                <w:sz w:val="19"/>
              </w:rPr>
              <w:t>/</w:t>
            </w:r>
            <w:r>
              <w:rPr>
                <w:b/>
                <w:sz w:val="19"/>
              </w:rPr>
              <w:t>종목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개업일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사업장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주소</w:t>
            </w:r>
          </w:p>
        </w:tc>
        <w:tc>
          <w:tcPr>
            <w:tcW w:w="3061" w:type="dxa"/>
            <w:gridSpan w:val="3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3. </w:t>
      </w:r>
      <w:r>
        <w:rPr>
          <w:b/>
          <w:color w:val="FFFFFF"/>
          <w:sz w:val="23"/>
        </w:rPr>
        <w:t>검토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요청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내용</w:t>
      </w:r>
    </w:p>
    <w:tbl>
      <w:tblPr>
        <w:tblStyle w:val="af9"/>
        <w:tblW w:w="0" w:type="auto"/>
        <w:tblLayout w:type="fixed"/>
        <w:tblLook w:val="04A0"/>
      </w:tblPr>
      <w:tblGrid>
        <w:gridCol w:w="2041"/>
        <w:gridCol w:w="2891"/>
        <w:gridCol w:w="1701"/>
        <w:gridCol w:w="2891"/>
      </w:tblGrid>
      <w:tr w:rsidR="00105BE6">
        <w:trPr>
          <w:trHeight w:val="454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희망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취급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부류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과일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과실</w:t>
            </w:r>
            <w:r>
              <w:rPr>
                <w:sz w:val="19"/>
                <w:lang w:eastAsia="ko-KR"/>
              </w:rPr>
              <w:t xml:space="preserve">)   □ </w:t>
            </w:r>
            <w:r>
              <w:rPr>
                <w:sz w:val="19"/>
                <w:lang w:eastAsia="ko-KR"/>
              </w:rPr>
              <w:t>채소</w:t>
            </w:r>
            <w:r>
              <w:rPr>
                <w:sz w:val="19"/>
                <w:lang w:eastAsia="ko-KR"/>
              </w:rPr>
              <w:t xml:space="preserve">   □ </w:t>
            </w:r>
            <w:r>
              <w:rPr>
                <w:sz w:val="19"/>
                <w:lang w:eastAsia="ko-KR"/>
              </w:rPr>
              <w:t>겸업</w:t>
            </w:r>
            <w:r>
              <w:rPr>
                <w:sz w:val="19"/>
                <w:lang w:eastAsia="ko-KR"/>
              </w:rPr>
              <w:t xml:space="preserve">   □ </w:t>
            </w:r>
            <w:r>
              <w:rPr>
                <w:sz w:val="19"/>
                <w:lang w:eastAsia="ko-KR"/>
              </w:rPr>
              <w:t>기타</w:t>
            </w:r>
          </w:p>
        </w:tc>
      </w:tr>
      <w:tr w:rsidR="00105BE6">
        <w:trPr>
          <w:trHeight w:val="454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주력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취급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예정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품목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희망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거래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개시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시기</w:t>
            </w:r>
          </w:p>
        </w:tc>
        <w:tc>
          <w:tcPr>
            <w:tcW w:w="2891" w:type="dxa"/>
            <w:vAlign w:val="center"/>
          </w:tcPr>
          <w:p w:rsidR="00105BE6" w:rsidRDefault="004D41DE">
            <w:r>
              <w:rPr>
                <w:sz w:val="19"/>
              </w:rPr>
              <w:t xml:space="preserve">  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 </w:t>
            </w:r>
            <w:r>
              <w:rPr>
                <w:sz w:val="19"/>
              </w:rPr>
              <w:t>월경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알게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경로</w:t>
            </w:r>
          </w:p>
        </w:tc>
        <w:tc>
          <w:tcPr>
            <w:tcW w:w="2891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소개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기존거래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공고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기타</w:t>
            </w:r>
          </w:p>
        </w:tc>
      </w:tr>
      <w:tr w:rsidR="00105BE6">
        <w:trPr>
          <w:trHeight w:val="454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신청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문의</w:t>
            </w:r>
            <w:r>
              <w:rPr>
                <w:b/>
                <w:sz w:val="19"/>
              </w:rPr>
              <w:t xml:space="preserve">) </w:t>
            </w:r>
            <w:r>
              <w:rPr>
                <w:b/>
                <w:sz w:val="19"/>
              </w:rPr>
              <w:t>동기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105BE6"/>
        </w:tc>
      </w:tr>
    </w:tbl>
    <w:p w:rsidR="00105BE6" w:rsidRDefault="00105BE6"/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위</w:t>
      </w:r>
      <w:r>
        <w:rPr>
          <w:lang w:eastAsia="ko-KR"/>
        </w:rPr>
        <w:t xml:space="preserve"> </w:t>
      </w:r>
      <w:r>
        <w:rPr>
          <w:lang w:eastAsia="ko-KR"/>
        </w:rPr>
        <w:t>내용은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다름이</w:t>
      </w:r>
      <w:r>
        <w:rPr>
          <w:lang w:eastAsia="ko-KR"/>
        </w:rPr>
        <w:t xml:space="preserve"> </w:t>
      </w:r>
      <w:r>
        <w:rPr>
          <w:lang w:eastAsia="ko-KR"/>
        </w:rPr>
        <w:t>없으며</w:t>
      </w:r>
      <w:r>
        <w:rPr>
          <w:lang w:eastAsia="ko-KR"/>
        </w:rPr>
        <w:t xml:space="preserve">, </w:t>
      </w:r>
      <w:r>
        <w:rPr>
          <w:lang w:eastAsia="ko-KR"/>
        </w:rPr>
        <w:t>사전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 xml:space="preserve"> </w:t>
      </w:r>
      <w:r>
        <w:rPr>
          <w:lang w:eastAsia="ko-KR"/>
        </w:rPr>
        <w:t>자료로</w:t>
      </w:r>
      <w:r>
        <w:rPr>
          <w:lang w:eastAsia="ko-KR"/>
        </w:rPr>
        <w:t xml:space="preserve"> </w:t>
      </w:r>
      <w:r>
        <w:rPr>
          <w:lang w:eastAsia="ko-KR"/>
        </w:rPr>
        <w:t>제출합니다</w:t>
      </w:r>
      <w:r>
        <w:rPr>
          <w:lang w:eastAsia="ko-KR"/>
        </w:rPr>
        <w:t>.</w:t>
      </w:r>
    </w:p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 xml:space="preserve">20      </w:t>
      </w:r>
      <w:r>
        <w:rPr>
          <w:lang w:eastAsia="ko-KR"/>
        </w:rPr>
        <w:t>년</w:t>
      </w:r>
      <w:r>
        <w:rPr>
          <w:lang w:eastAsia="ko-KR"/>
        </w:rPr>
        <w:t xml:space="preserve">        </w:t>
      </w:r>
      <w:r>
        <w:rPr>
          <w:lang w:eastAsia="ko-KR"/>
        </w:rPr>
        <w:t>월</w:t>
      </w:r>
      <w:r>
        <w:rPr>
          <w:lang w:eastAsia="ko-KR"/>
        </w:rPr>
        <w:t xml:space="preserve">        </w:t>
      </w:r>
      <w:r>
        <w:rPr>
          <w:lang w:eastAsia="ko-KR"/>
        </w:rPr>
        <w:t>일</w:t>
      </w: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신청인</w:t>
      </w:r>
      <w:r>
        <w:rPr>
          <w:lang w:eastAsia="ko-KR"/>
        </w:rPr>
        <w:t xml:space="preserve"> :                          (</w:t>
      </w:r>
      <w:r>
        <w:rPr>
          <w:lang w:eastAsia="ko-KR"/>
        </w:rPr>
        <w:t>서명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인</w:t>
      </w:r>
      <w:r>
        <w:rPr>
          <w:lang w:eastAsia="ko-KR"/>
        </w:rPr>
        <w:t>)</w:t>
      </w:r>
    </w:p>
    <w:p w:rsidR="00105BE6" w:rsidRDefault="004D41DE">
      <w:pPr>
        <w:rPr>
          <w:lang w:eastAsia="ko-KR"/>
        </w:rPr>
      </w:pPr>
      <w:r>
        <w:rPr>
          <w:lang w:eastAsia="ko-KR"/>
        </w:rPr>
        <w:br w:type="page"/>
      </w:r>
    </w:p>
    <w:p w:rsidR="00105BE6" w:rsidRDefault="004D41DE">
      <w:pPr>
        <w:jc w:val="center"/>
        <w:rPr>
          <w:lang w:eastAsia="ko-KR"/>
        </w:rPr>
      </w:pPr>
      <w:r>
        <w:rPr>
          <w:b/>
          <w:sz w:val="34"/>
          <w:lang w:eastAsia="ko-KR"/>
        </w:rPr>
        <w:lastRenderedPageBreak/>
        <w:t>경력</w:t>
      </w:r>
      <w:r>
        <w:rPr>
          <w:b/>
          <w:sz w:val="34"/>
          <w:lang w:eastAsia="ko-KR"/>
        </w:rPr>
        <w:t xml:space="preserve"> · </w:t>
      </w:r>
      <w:r>
        <w:rPr>
          <w:b/>
          <w:sz w:val="34"/>
          <w:lang w:eastAsia="ko-KR"/>
        </w:rPr>
        <w:t>이력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사항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1. </w:t>
      </w:r>
      <w:r>
        <w:rPr>
          <w:b/>
          <w:color w:val="FFFFFF"/>
          <w:sz w:val="23"/>
          <w:lang w:eastAsia="ko-KR"/>
        </w:rPr>
        <w:t>인적사항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  <w:gridCol w:w="1701"/>
        <w:gridCol w:w="3061"/>
      </w:tblGrid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성명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생년월일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연락처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이메일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2. </w:t>
      </w:r>
      <w:r>
        <w:rPr>
          <w:b/>
          <w:color w:val="FFFFFF"/>
          <w:sz w:val="23"/>
        </w:rPr>
        <w:t>학력사항</w:t>
      </w:r>
    </w:p>
    <w:tbl>
      <w:tblPr>
        <w:tblStyle w:val="af9"/>
        <w:tblW w:w="0" w:type="auto"/>
        <w:tblLayout w:type="fixed"/>
        <w:tblLook w:val="04A0"/>
      </w:tblPr>
      <w:tblGrid>
        <w:gridCol w:w="2268"/>
        <w:gridCol w:w="3628"/>
        <w:gridCol w:w="1928"/>
        <w:gridCol w:w="1701"/>
      </w:tblGrid>
      <w:tr w:rsidR="00105BE6">
        <w:trPr>
          <w:trHeight w:val="454"/>
        </w:trPr>
        <w:tc>
          <w:tcPr>
            <w:tcW w:w="226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재학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기간</w:t>
            </w:r>
          </w:p>
        </w:tc>
        <w:tc>
          <w:tcPr>
            <w:tcW w:w="36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학교명</w:t>
            </w:r>
          </w:p>
        </w:tc>
        <w:tc>
          <w:tcPr>
            <w:tcW w:w="19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전공</w:t>
            </w:r>
          </w:p>
        </w:tc>
        <w:tc>
          <w:tcPr>
            <w:tcW w:w="170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졸업여부</w:t>
            </w:r>
          </w:p>
        </w:tc>
      </w:tr>
      <w:tr w:rsidR="00105BE6">
        <w:trPr>
          <w:trHeight w:val="454"/>
        </w:trPr>
        <w:tc>
          <w:tcPr>
            <w:tcW w:w="2268" w:type="dxa"/>
            <w:vAlign w:val="center"/>
          </w:tcPr>
          <w:p w:rsidR="00105BE6" w:rsidRDefault="00105BE6"/>
        </w:tc>
        <w:tc>
          <w:tcPr>
            <w:tcW w:w="3628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170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268" w:type="dxa"/>
            <w:vAlign w:val="center"/>
          </w:tcPr>
          <w:p w:rsidR="00105BE6" w:rsidRDefault="00105BE6"/>
        </w:tc>
        <w:tc>
          <w:tcPr>
            <w:tcW w:w="3628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170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268" w:type="dxa"/>
            <w:vAlign w:val="center"/>
          </w:tcPr>
          <w:p w:rsidR="00105BE6" w:rsidRDefault="00105BE6"/>
        </w:tc>
        <w:tc>
          <w:tcPr>
            <w:tcW w:w="3628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1701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3. </w:t>
      </w:r>
      <w:r>
        <w:rPr>
          <w:b/>
          <w:color w:val="FFFFFF"/>
          <w:sz w:val="23"/>
          <w:lang w:eastAsia="ko-KR"/>
        </w:rPr>
        <w:t>경력사항</w:t>
      </w:r>
      <w:r>
        <w:rPr>
          <w:b/>
          <w:color w:val="FFFFFF"/>
          <w:sz w:val="23"/>
          <w:lang w:eastAsia="ko-KR"/>
        </w:rPr>
        <w:t xml:space="preserve">  (</w:t>
      </w:r>
      <w:r>
        <w:rPr>
          <w:b/>
          <w:color w:val="FFFFFF"/>
          <w:sz w:val="23"/>
          <w:lang w:eastAsia="ko-KR"/>
        </w:rPr>
        <w:t>청과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농산물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유통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도매시장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관련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경력을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상세히</w:t>
      </w:r>
      <w:r>
        <w:rPr>
          <w:b/>
          <w:color w:val="FFFFFF"/>
          <w:sz w:val="23"/>
          <w:lang w:eastAsia="ko-KR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2041"/>
        <w:gridCol w:w="3061"/>
        <w:gridCol w:w="1587"/>
        <w:gridCol w:w="2835"/>
      </w:tblGrid>
      <w:tr w:rsidR="00105BE6">
        <w:trPr>
          <w:trHeight w:val="454"/>
        </w:trPr>
        <w:tc>
          <w:tcPr>
            <w:tcW w:w="204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근무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기간</w:t>
            </w:r>
          </w:p>
        </w:tc>
        <w:tc>
          <w:tcPr>
            <w:tcW w:w="306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근무처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회사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점포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1587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직위</w:t>
            </w:r>
          </w:p>
        </w:tc>
        <w:tc>
          <w:tcPr>
            <w:tcW w:w="2835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담당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업무</w:t>
            </w:r>
          </w:p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587" w:type="dxa"/>
            <w:vAlign w:val="center"/>
          </w:tcPr>
          <w:p w:rsidR="00105BE6" w:rsidRDefault="00105BE6"/>
        </w:tc>
        <w:tc>
          <w:tcPr>
            <w:tcW w:w="2835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587" w:type="dxa"/>
            <w:vAlign w:val="center"/>
          </w:tcPr>
          <w:p w:rsidR="00105BE6" w:rsidRDefault="00105BE6"/>
        </w:tc>
        <w:tc>
          <w:tcPr>
            <w:tcW w:w="2835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587" w:type="dxa"/>
            <w:vAlign w:val="center"/>
          </w:tcPr>
          <w:p w:rsidR="00105BE6" w:rsidRDefault="00105BE6"/>
        </w:tc>
        <w:tc>
          <w:tcPr>
            <w:tcW w:w="2835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587" w:type="dxa"/>
            <w:vAlign w:val="center"/>
          </w:tcPr>
          <w:p w:rsidR="00105BE6" w:rsidRDefault="00105BE6"/>
        </w:tc>
        <w:tc>
          <w:tcPr>
            <w:tcW w:w="2835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3061" w:type="dxa"/>
            <w:vAlign w:val="center"/>
          </w:tcPr>
          <w:p w:rsidR="00105BE6" w:rsidRDefault="00105BE6"/>
        </w:tc>
        <w:tc>
          <w:tcPr>
            <w:tcW w:w="1587" w:type="dxa"/>
            <w:vAlign w:val="center"/>
          </w:tcPr>
          <w:p w:rsidR="00105BE6" w:rsidRDefault="00105BE6"/>
        </w:tc>
        <w:tc>
          <w:tcPr>
            <w:tcW w:w="2835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4. </w:t>
      </w:r>
      <w:r>
        <w:rPr>
          <w:b/>
          <w:color w:val="FFFFFF"/>
          <w:sz w:val="23"/>
        </w:rPr>
        <w:t>자격</w:t>
      </w:r>
      <w:r>
        <w:rPr>
          <w:b/>
          <w:color w:val="FFFFFF"/>
          <w:sz w:val="23"/>
        </w:rPr>
        <w:t>·</w:t>
      </w:r>
      <w:r>
        <w:rPr>
          <w:b/>
          <w:color w:val="FFFFFF"/>
          <w:sz w:val="23"/>
        </w:rPr>
        <w:t>면허</w:t>
      </w:r>
      <w:r>
        <w:rPr>
          <w:b/>
          <w:color w:val="FFFFFF"/>
          <w:sz w:val="23"/>
        </w:rPr>
        <w:t xml:space="preserve"> / </w:t>
      </w:r>
      <w:r>
        <w:rPr>
          <w:b/>
          <w:color w:val="FFFFFF"/>
          <w:sz w:val="23"/>
        </w:rPr>
        <w:t>기타</w:t>
      </w:r>
    </w:p>
    <w:tbl>
      <w:tblPr>
        <w:tblStyle w:val="af9"/>
        <w:tblW w:w="0" w:type="auto"/>
        <w:tblLayout w:type="fixed"/>
        <w:tblLook w:val="04A0"/>
      </w:tblPr>
      <w:tblGrid>
        <w:gridCol w:w="2041"/>
        <w:gridCol w:w="4535"/>
        <w:gridCol w:w="2948"/>
      </w:tblGrid>
      <w:tr w:rsidR="00105BE6">
        <w:trPr>
          <w:trHeight w:val="454"/>
        </w:trPr>
        <w:tc>
          <w:tcPr>
            <w:tcW w:w="204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취득일</w:t>
            </w:r>
          </w:p>
        </w:tc>
        <w:tc>
          <w:tcPr>
            <w:tcW w:w="4535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자격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면허명</w:t>
            </w:r>
          </w:p>
        </w:tc>
        <w:tc>
          <w:tcPr>
            <w:tcW w:w="294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발급기관</w:t>
            </w:r>
          </w:p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4535" w:type="dxa"/>
            <w:vAlign w:val="center"/>
          </w:tcPr>
          <w:p w:rsidR="00105BE6" w:rsidRDefault="00105BE6"/>
        </w:tc>
        <w:tc>
          <w:tcPr>
            <w:tcW w:w="2948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041" w:type="dxa"/>
            <w:vAlign w:val="center"/>
          </w:tcPr>
          <w:p w:rsidR="00105BE6" w:rsidRDefault="00105BE6"/>
        </w:tc>
        <w:tc>
          <w:tcPr>
            <w:tcW w:w="4535" w:type="dxa"/>
            <w:vAlign w:val="center"/>
          </w:tcPr>
          <w:p w:rsidR="00105BE6" w:rsidRDefault="00105BE6"/>
        </w:tc>
        <w:tc>
          <w:tcPr>
            <w:tcW w:w="2948" w:type="dxa"/>
            <w:vAlign w:val="center"/>
          </w:tcPr>
          <w:p w:rsidR="00105BE6" w:rsidRDefault="00105BE6"/>
        </w:tc>
      </w:tr>
    </w:tbl>
    <w:p w:rsidR="00105BE6" w:rsidRDefault="00105BE6"/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위</w:t>
      </w:r>
      <w:r>
        <w:rPr>
          <w:lang w:eastAsia="ko-KR"/>
        </w:rPr>
        <w:t xml:space="preserve"> </w:t>
      </w:r>
      <w:r>
        <w:rPr>
          <w:lang w:eastAsia="ko-KR"/>
        </w:rPr>
        <w:t>기재</w:t>
      </w:r>
      <w:r>
        <w:rPr>
          <w:lang w:eastAsia="ko-KR"/>
        </w:rPr>
        <w:t xml:space="preserve"> </w:t>
      </w:r>
      <w:r>
        <w:rPr>
          <w:lang w:eastAsia="ko-KR"/>
        </w:rPr>
        <w:t>사항은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다름이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</w:t>
      </w:r>
    </w:p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 xml:space="preserve">20      </w:t>
      </w:r>
      <w:r>
        <w:rPr>
          <w:lang w:eastAsia="ko-KR"/>
        </w:rPr>
        <w:t>년</w:t>
      </w:r>
      <w:r>
        <w:rPr>
          <w:lang w:eastAsia="ko-KR"/>
        </w:rPr>
        <w:t xml:space="preserve">        </w:t>
      </w:r>
      <w:r>
        <w:rPr>
          <w:lang w:eastAsia="ko-KR"/>
        </w:rPr>
        <w:t>월</w:t>
      </w:r>
      <w:r>
        <w:rPr>
          <w:lang w:eastAsia="ko-KR"/>
        </w:rPr>
        <w:t xml:space="preserve">        </w:t>
      </w:r>
      <w:r>
        <w:rPr>
          <w:lang w:eastAsia="ko-KR"/>
        </w:rPr>
        <w:t>일</w:t>
      </w: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작성자</w:t>
      </w:r>
      <w:r>
        <w:rPr>
          <w:lang w:eastAsia="ko-KR"/>
        </w:rPr>
        <w:t xml:space="preserve"> :                      </w:t>
      </w:r>
      <w:r>
        <w:rPr>
          <w:lang w:eastAsia="ko-KR"/>
        </w:rPr>
        <w:t xml:space="preserve">    (</w:t>
      </w:r>
      <w:r>
        <w:rPr>
          <w:lang w:eastAsia="ko-KR"/>
        </w:rPr>
        <w:t>서명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인</w:t>
      </w:r>
      <w:r>
        <w:rPr>
          <w:lang w:eastAsia="ko-KR"/>
        </w:rPr>
        <w:t>)</w:t>
      </w:r>
    </w:p>
    <w:p w:rsidR="00E92482" w:rsidRDefault="00E92482">
      <w:pPr>
        <w:jc w:val="center"/>
        <w:rPr>
          <w:rFonts w:hint="eastAsia"/>
          <w:b/>
          <w:sz w:val="34"/>
          <w:lang w:eastAsia="ko-KR"/>
        </w:rPr>
      </w:pPr>
    </w:p>
    <w:p w:rsidR="00105BE6" w:rsidRDefault="004D41DE">
      <w:pPr>
        <w:jc w:val="center"/>
        <w:rPr>
          <w:lang w:eastAsia="ko-KR"/>
        </w:rPr>
      </w:pPr>
      <w:r>
        <w:rPr>
          <w:b/>
          <w:sz w:val="34"/>
          <w:lang w:eastAsia="ko-KR"/>
        </w:rPr>
        <w:lastRenderedPageBreak/>
        <w:t>현재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사업</w:t>
      </w:r>
      <w:r>
        <w:rPr>
          <w:b/>
          <w:sz w:val="34"/>
          <w:lang w:eastAsia="ko-KR"/>
        </w:rPr>
        <w:t>(</w:t>
      </w:r>
      <w:r>
        <w:rPr>
          <w:b/>
          <w:sz w:val="34"/>
          <w:lang w:eastAsia="ko-KR"/>
        </w:rPr>
        <w:t>업무</w:t>
      </w:r>
      <w:r>
        <w:rPr>
          <w:b/>
          <w:sz w:val="34"/>
          <w:lang w:eastAsia="ko-KR"/>
        </w:rPr>
        <w:t xml:space="preserve">) </w:t>
      </w:r>
      <w:r>
        <w:rPr>
          <w:b/>
          <w:sz w:val="34"/>
          <w:lang w:eastAsia="ko-KR"/>
        </w:rPr>
        <w:t>현황</w:t>
      </w:r>
    </w:p>
    <w:p w:rsidR="00105BE6" w:rsidRDefault="004D41DE">
      <w:pPr>
        <w:jc w:val="center"/>
        <w:rPr>
          <w:lang w:eastAsia="ko-KR"/>
        </w:rPr>
      </w:pPr>
      <w:r>
        <w:rPr>
          <w:color w:val="777777"/>
          <w:sz w:val="19"/>
          <w:lang w:eastAsia="ko-KR"/>
        </w:rPr>
        <w:t>현재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어떤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일을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하고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계신지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파악하기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위한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자료입니다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1. </w:t>
      </w:r>
      <w:r>
        <w:rPr>
          <w:b/>
          <w:color w:val="FFFFFF"/>
          <w:sz w:val="23"/>
        </w:rPr>
        <w:t>현재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종사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현황</w:t>
      </w:r>
    </w:p>
    <w:tbl>
      <w:tblPr>
        <w:tblStyle w:val="af9"/>
        <w:tblW w:w="0" w:type="auto"/>
        <w:tblLayout w:type="fixed"/>
        <w:tblLook w:val="04A0"/>
      </w:tblPr>
      <w:tblGrid>
        <w:gridCol w:w="2041"/>
        <w:gridCol w:w="2891"/>
        <w:gridCol w:w="1701"/>
        <w:gridCol w:w="2891"/>
      </w:tblGrid>
      <w:tr w:rsidR="00105BE6">
        <w:trPr>
          <w:trHeight w:val="510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현재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직업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업종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105BE6"/>
        </w:tc>
      </w:tr>
      <w:tr w:rsidR="00105BE6">
        <w:trPr>
          <w:trHeight w:val="510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종사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기간</w:t>
            </w:r>
          </w:p>
        </w:tc>
        <w:tc>
          <w:tcPr>
            <w:tcW w:w="2891" w:type="dxa"/>
            <w:vAlign w:val="center"/>
          </w:tcPr>
          <w:p w:rsidR="00105BE6" w:rsidRDefault="004D41DE">
            <w:r>
              <w:rPr>
                <w:sz w:val="19"/>
              </w:rPr>
              <w:t>약</w:t>
            </w:r>
            <w:r>
              <w:rPr>
                <w:sz w:val="19"/>
              </w:rPr>
              <w:t xml:space="preserve"> 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 </w:t>
            </w:r>
            <w:r>
              <w:rPr>
                <w:sz w:val="19"/>
              </w:rPr>
              <w:t>개월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본인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역할</w:t>
            </w:r>
          </w:p>
        </w:tc>
        <w:tc>
          <w:tcPr>
            <w:tcW w:w="2891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대표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종업원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가족종사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기타</w:t>
            </w:r>
          </w:p>
        </w:tc>
      </w:tr>
      <w:tr w:rsidR="00105BE6">
        <w:trPr>
          <w:trHeight w:val="510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현재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취급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품목</w:t>
            </w:r>
            <w:r>
              <w:rPr>
                <w:b/>
                <w:sz w:val="19"/>
                <w:lang w:eastAsia="ko-KR"/>
              </w:rPr>
              <w:t>·</w:t>
            </w:r>
            <w:r>
              <w:rPr>
                <w:b/>
                <w:sz w:val="19"/>
                <w:lang w:eastAsia="ko-KR"/>
              </w:rPr>
              <w:t>거래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형태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105BE6">
            <w:pPr>
              <w:rPr>
                <w:lang w:eastAsia="ko-KR"/>
              </w:rPr>
            </w:pPr>
          </w:p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2. </w:t>
      </w:r>
      <w:r>
        <w:rPr>
          <w:b/>
          <w:color w:val="FFFFFF"/>
          <w:sz w:val="23"/>
        </w:rPr>
        <w:t>현재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거래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규모</w:t>
      </w:r>
      <w:r>
        <w:rPr>
          <w:b/>
          <w:color w:val="FFFFFF"/>
          <w:sz w:val="23"/>
        </w:rPr>
        <w:t xml:space="preserve">  (</w:t>
      </w:r>
      <w:r>
        <w:rPr>
          <w:b/>
          <w:color w:val="FFFFFF"/>
          <w:sz w:val="23"/>
        </w:rPr>
        <w:t>개략</w:t>
      </w:r>
      <w:r>
        <w:rPr>
          <w:b/>
          <w:color w:val="FFFFFF"/>
          <w:sz w:val="23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  <w:gridCol w:w="1701"/>
        <w:gridCol w:w="3061"/>
      </w:tblGrid>
      <w:tr w:rsidR="00105BE6">
        <w:trPr>
          <w:trHeight w:val="510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월평균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취급액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>약</w:t>
            </w:r>
            <w:r>
              <w:rPr>
                <w:sz w:val="19"/>
              </w:rPr>
              <w:t xml:space="preserve">           </w:t>
            </w:r>
            <w:r>
              <w:rPr>
                <w:sz w:val="19"/>
              </w:rPr>
              <w:t>만원</w:t>
            </w:r>
            <w:r>
              <w:rPr>
                <w:sz w:val="19"/>
              </w:rPr>
              <w:t xml:space="preserve"> / </w:t>
            </w:r>
            <w:r>
              <w:rPr>
                <w:sz w:val="19"/>
              </w:rPr>
              <w:t>월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월평균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물량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>약</w:t>
            </w:r>
            <w:r>
              <w:rPr>
                <w:sz w:val="19"/>
              </w:rPr>
              <w:t xml:space="preserve">        (kg·</w:t>
            </w:r>
            <w:r>
              <w:rPr>
                <w:sz w:val="19"/>
              </w:rPr>
              <w:t>박스</w:t>
            </w:r>
            <w:r>
              <w:rPr>
                <w:sz w:val="19"/>
              </w:rPr>
              <w:t>·</w:t>
            </w:r>
            <w:r>
              <w:rPr>
                <w:sz w:val="19"/>
              </w:rPr>
              <w:t>톤</w:t>
            </w:r>
            <w:r>
              <w:rPr>
                <w:sz w:val="19"/>
              </w:rPr>
              <w:t>)</w:t>
            </w:r>
          </w:p>
        </w:tc>
      </w:tr>
      <w:tr w:rsidR="00105BE6">
        <w:trPr>
          <w:trHeight w:val="510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주요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매입처</w:t>
            </w:r>
          </w:p>
        </w:tc>
        <w:tc>
          <w:tcPr>
            <w:tcW w:w="3061" w:type="dxa"/>
            <w:gridSpan w:val="3"/>
            <w:vAlign w:val="center"/>
          </w:tcPr>
          <w:p w:rsidR="00105BE6" w:rsidRDefault="00105BE6"/>
        </w:tc>
      </w:tr>
      <w:tr w:rsidR="00105BE6">
        <w:trPr>
          <w:trHeight w:val="510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주요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판매처</w:t>
            </w:r>
          </w:p>
        </w:tc>
        <w:tc>
          <w:tcPr>
            <w:tcW w:w="3061" w:type="dxa"/>
            <w:gridSpan w:val="3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3. </w:t>
      </w:r>
      <w:r>
        <w:rPr>
          <w:b/>
          <w:color w:val="FFFFFF"/>
          <w:sz w:val="23"/>
        </w:rPr>
        <w:t>도매시장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거래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경험</w:t>
      </w:r>
    </w:p>
    <w:tbl>
      <w:tblPr>
        <w:tblStyle w:val="af9"/>
        <w:tblW w:w="0" w:type="auto"/>
        <w:tblLayout w:type="fixed"/>
        <w:tblLook w:val="04A0"/>
      </w:tblPr>
      <w:tblGrid>
        <w:gridCol w:w="2835"/>
        <w:gridCol w:w="1701"/>
        <w:gridCol w:w="2494"/>
        <w:gridCol w:w="2494"/>
      </w:tblGrid>
      <w:tr w:rsidR="00105BE6"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경험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유무</w:t>
            </w:r>
          </w:p>
        </w:tc>
        <w:tc>
          <w:tcPr>
            <w:tcW w:w="2608" w:type="dxa"/>
            <w:gridSpan w:val="3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있음</w:t>
            </w:r>
            <w:r>
              <w:rPr>
                <w:sz w:val="19"/>
                <w:lang w:eastAsia="ko-KR"/>
              </w:rPr>
              <w:t xml:space="preserve">   □ </w:t>
            </w:r>
            <w:r>
              <w:rPr>
                <w:sz w:val="19"/>
                <w:lang w:eastAsia="ko-KR"/>
              </w:rPr>
              <w:t>없음</w:t>
            </w:r>
            <w:r>
              <w:rPr>
                <w:sz w:val="19"/>
                <w:lang w:eastAsia="ko-KR"/>
              </w:rPr>
              <w:t xml:space="preserve">   (</w:t>
            </w:r>
            <w:r>
              <w:rPr>
                <w:sz w:val="19"/>
                <w:lang w:eastAsia="ko-KR"/>
              </w:rPr>
              <w:t>있는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경우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아래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기재</w:t>
            </w:r>
            <w:r>
              <w:rPr>
                <w:sz w:val="19"/>
                <w:lang w:eastAsia="ko-KR"/>
              </w:rPr>
              <w:t>)</w:t>
            </w:r>
          </w:p>
        </w:tc>
      </w:tr>
      <w:tr w:rsidR="00105BE6">
        <w:trPr>
          <w:trHeight w:val="454"/>
        </w:trPr>
        <w:tc>
          <w:tcPr>
            <w:tcW w:w="2835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시장명</w:t>
            </w:r>
          </w:p>
        </w:tc>
        <w:tc>
          <w:tcPr>
            <w:tcW w:w="170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부류</w:t>
            </w:r>
          </w:p>
        </w:tc>
        <w:tc>
          <w:tcPr>
            <w:tcW w:w="249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거래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기간</w:t>
            </w:r>
          </w:p>
        </w:tc>
        <w:tc>
          <w:tcPr>
            <w:tcW w:w="249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역할</w:t>
            </w:r>
          </w:p>
        </w:tc>
      </w:tr>
      <w:tr w:rsidR="00105BE6">
        <w:trPr>
          <w:trHeight w:val="454"/>
        </w:trPr>
        <w:tc>
          <w:tcPr>
            <w:tcW w:w="2835" w:type="dxa"/>
            <w:vAlign w:val="center"/>
          </w:tcPr>
          <w:p w:rsidR="00105BE6" w:rsidRDefault="00105BE6"/>
        </w:tc>
        <w:tc>
          <w:tcPr>
            <w:tcW w:w="1701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2835" w:type="dxa"/>
            <w:vAlign w:val="center"/>
          </w:tcPr>
          <w:p w:rsidR="00105BE6" w:rsidRDefault="00105BE6"/>
        </w:tc>
        <w:tc>
          <w:tcPr>
            <w:tcW w:w="1701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4. </w:t>
      </w:r>
      <w:r>
        <w:rPr>
          <w:b/>
          <w:color w:val="FFFFFF"/>
          <w:sz w:val="23"/>
        </w:rPr>
        <w:t>업계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네트워크</w:t>
      </w:r>
      <w:r>
        <w:rPr>
          <w:b/>
          <w:color w:val="FFFFFF"/>
          <w:sz w:val="23"/>
        </w:rPr>
        <w:t xml:space="preserve"> · </w:t>
      </w:r>
      <w:r>
        <w:rPr>
          <w:b/>
          <w:color w:val="FFFFFF"/>
          <w:sz w:val="23"/>
        </w:rPr>
        <w:t>강점</w:t>
      </w:r>
    </w:p>
    <w:tbl>
      <w:tblPr>
        <w:tblStyle w:val="af9"/>
        <w:tblW w:w="0" w:type="auto"/>
        <w:tblLayout w:type="fixed"/>
        <w:tblLook w:val="04A0"/>
      </w:tblPr>
      <w:tblGrid>
        <w:gridCol w:w="9524"/>
      </w:tblGrid>
      <w:tr w:rsidR="00105BE6">
        <w:trPr>
          <w:trHeight w:val="1361"/>
        </w:trPr>
        <w:tc>
          <w:tcPr>
            <w:tcW w:w="9524" w:type="dxa"/>
            <w:vAlign w:val="center"/>
          </w:tcPr>
          <w:p w:rsidR="00105BE6" w:rsidRDefault="00105BE6"/>
        </w:tc>
      </w:tr>
    </w:tbl>
    <w:p w:rsidR="00105BE6" w:rsidRDefault="004D41DE">
      <w:r>
        <w:br w:type="page"/>
      </w:r>
    </w:p>
    <w:p w:rsidR="00105BE6" w:rsidRDefault="004D41DE">
      <w:pPr>
        <w:jc w:val="center"/>
      </w:pPr>
      <w:r>
        <w:rPr>
          <w:b/>
          <w:sz w:val="34"/>
        </w:rPr>
        <w:lastRenderedPageBreak/>
        <w:t>거래</w:t>
      </w:r>
      <w:r>
        <w:rPr>
          <w:b/>
          <w:sz w:val="34"/>
        </w:rPr>
        <w:t>(</w:t>
      </w:r>
      <w:r>
        <w:rPr>
          <w:b/>
          <w:sz w:val="34"/>
        </w:rPr>
        <w:t>사업</w:t>
      </w:r>
      <w:r>
        <w:rPr>
          <w:b/>
          <w:sz w:val="34"/>
        </w:rPr>
        <w:t xml:space="preserve">) </w:t>
      </w:r>
      <w:r>
        <w:rPr>
          <w:b/>
          <w:sz w:val="34"/>
        </w:rPr>
        <w:t>계획</w:t>
      </w:r>
    </w:p>
    <w:p w:rsidR="00105BE6" w:rsidRDefault="00105BE6"/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1. </w:t>
      </w:r>
      <w:r>
        <w:rPr>
          <w:b/>
          <w:color w:val="FFFFFF"/>
          <w:sz w:val="23"/>
        </w:rPr>
        <w:t>취급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품목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계획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</w:tblGrid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주력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품목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부수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품목</w:t>
            </w:r>
          </w:p>
        </w:tc>
        <w:tc>
          <w:tcPr>
            <w:tcW w:w="3061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취급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부류</w:t>
            </w:r>
          </w:p>
        </w:tc>
        <w:tc>
          <w:tcPr>
            <w:tcW w:w="3061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과일</w:t>
            </w:r>
            <w:r>
              <w:rPr>
                <w:sz w:val="19"/>
                <w:lang w:eastAsia="ko-KR"/>
              </w:rPr>
              <w:t xml:space="preserve">  □ </w:t>
            </w:r>
            <w:r>
              <w:rPr>
                <w:sz w:val="19"/>
                <w:lang w:eastAsia="ko-KR"/>
              </w:rPr>
              <w:t>채소</w:t>
            </w:r>
            <w:r>
              <w:rPr>
                <w:sz w:val="19"/>
                <w:lang w:eastAsia="ko-KR"/>
              </w:rPr>
              <w:t xml:space="preserve">  □ </w:t>
            </w:r>
            <w:r>
              <w:rPr>
                <w:sz w:val="19"/>
                <w:lang w:eastAsia="ko-KR"/>
              </w:rPr>
              <w:t>겸업</w:t>
            </w:r>
            <w:r>
              <w:rPr>
                <w:sz w:val="19"/>
                <w:lang w:eastAsia="ko-KR"/>
              </w:rPr>
              <w:t xml:space="preserve">   /  </w:t>
            </w:r>
            <w:r>
              <w:rPr>
                <w:sz w:val="19"/>
                <w:lang w:eastAsia="ko-KR"/>
              </w:rPr>
              <w:t>성수기</w:t>
            </w:r>
            <w:r>
              <w:rPr>
                <w:sz w:val="19"/>
                <w:lang w:eastAsia="ko-KR"/>
              </w:rPr>
              <w:t xml:space="preserve"> :      </w:t>
            </w:r>
            <w:r>
              <w:rPr>
                <w:sz w:val="19"/>
                <w:lang w:eastAsia="ko-KR"/>
              </w:rPr>
              <w:t>월</w:t>
            </w:r>
            <w:r>
              <w:rPr>
                <w:sz w:val="19"/>
                <w:lang w:eastAsia="ko-KR"/>
              </w:rPr>
              <w:t xml:space="preserve"> ~     </w:t>
            </w:r>
            <w:r>
              <w:rPr>
                <w:sz w:val="19"/>
                <w:lang w:eastAsia="ko-KR"/>
              </w:rPr>
              <w:t>월</w:t>
            </w:r>
          </w:p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2. </w:t>
      </w:r>
      <w:r>
        <w:rPr>
          <w:b/>
          <w:color w:val="FFFFFF"/>
          <w:sz w:val="23"/>
          <w:lang w:eastAsia="ko-KR"/>
        </w:rPr>
        <w:t>매입</w:t>
      </w:r>
      <w:r>
        <w:rPr>
          <w:b/>
          <w:color w:val="FFFFFF"/>
          <w:sz w:val="23"/>
          <w:lang w:eastAsia="ko-KR"/>
        </w:rPr>
        <w:t>(</w:t>
      </w:r>
      <w:r>
        <w:rPr>
          <w:b/>
          <w:color w:val="FFFFFF"/>
          <w:sz w:val="23"/>
          <w:lang w:eastAsia="ko-KR"/>
        </w:rPr>
        <w:t>집하</w:t>
      </w:r>
      <w:r>
        <w:rPr>
          <w:b/>
          <w:color w:val="FFFFFF"/>
          <w:sz w:val="23"/>
          <w:lang w:eastAsia="ko-KR"/>
        </w:rPr>
        <w:t xml:space="preserve">) </w:t>
      </w:r>
      <w:r>
        <w:rPr>
          <w:b/>
          <w:color w:val="FFFFFF"/>
          <w:sz w:val="23"/>
          <w:lang w:eastAsia="ko-KR"/>
        </w:rPr>
        <w:t>계획</w:t>
      </w:r>
      <w:r>
        <w:rPr>
          <w:b/>
          <w:color w:val="FFFFFF"/>
          <w:sz w:val="23"/>
          <w:lang w:eastAsia="ko-KR"/>
        </w:rPr>
        <w:t xml:space="preserve">   — </w:t>
      </w:r>
      <w:r>
        <w:rPr>
          <w:b/>
          <w:color w:val="FFFFFF"/>
          <w:sz w:val="23"/>
          <w:lang w:eastAsia="ko-KR"/>
        </w:rPr>
        <w:t>산지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출하주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확보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방안</w:t>
      </w:r>
      <w:r>
        <w:rPr>
          <w:b/>
          <w:color w:val="FFFFFF"/>
          <w:sz w:val="23"/>
          <w:lang w:eastAsia="ko-KR"/>
        </w:rPr>
        <w:t xml:space="preserve">, </w:t>
      </w:r>
      <w:r>
        <w:rPr>
          <w:b/>
          <w:color w:val="FFFFFF"/>
          <w:sz w:val="23"/>
          <w:lang w:eastAsia="ko-KR"/>
        </w:rPr>
        <w:t>주요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매입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경로</w:t>
      </w:r>
    </w:p>
    <w:tbl>
      <w:tblPr>
        <w:tblStyle w:val="af9"/>
        <w:tblW w:w="0" w:type="auto"/>
        <w:tblLayout w:type="fixed"/>
        <w:tblLook w:val="04A0"/>
      </w:tblPr>
      <w:tblGrid>
        <w:gridCol w:w="9524"/>
      </w:tblGrid>
      <w:tr w:rsidR="00105BE6">
        <w:trPr>
          <w:trHeight w:val="1247"/>
        </w:trPr>
        <w:tc>
          <w:tcPr>
            <w:tcW w:w="9524" w:type="dxa"/>
            <w:vAlign w:val="center"/>
          </w:tcPr>
          <w:p w:rsidR="00105BE6" w:rsidRDefault="00105BE6">
            <w:pPr>
              <w:rPr>
                <w:lang w:eastAsia="ko-KR"/>
              </w:rPr>
            </w:pPr>
          </w:p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3. </w:t>
      </w:r>
      <w:r>
        <w:rPr>
          <w:b/>
          <w:color w:val="FFFFFF"/>
          <w:sz w:val="23"/>
          <w:lang w:eastAsia="ko-KR"/>
        </w:rPr>
        <w:t>판매</w:t>
      </w:r>
      <w:r>
        <w:rPr>
          <w:b/>
          <w:color w:val="FFFFFF"/>
          <w:sz w:val="23"/>
          <w:lang w:eastAsia="ko-KR"/>
        </w:rPr>
        <w:t>(</w:t>
      </w:r>
      <w:r>
        <w:rPr>
          <w:b/>
          <w:color w:val="FFFFFF"/>
          <w:sz w:val="23"/>
          <w:lang w:eastAsia="ko-KR"/>
        </w:rPr>
        <w:t>판로</w:t>
      </w:r>
      <w:r>
        <w:rPr>
          <w:b/>
          <w:color w:val="FFFFFF"/>
          <w:sz w:val="23"/>
          <w:lang w:eastAsia="ko-KR"/>
        </w:rPr>
        <w:t xml:space="preserve">) </w:t>
      </w:r>
      <w:r>
        <w:rPr>
          <w:b/>
          <w:color w:val="FFFFFF"/>
          <w:sz w:val="23"/>
          <w:lang w:eastAsia="ko-KR"/>
        </w:rPr>
        <w:t>계획</w:t>
      </w:r>
      <w:r>
        <w:rPr>
          <w:b/>
          <w:color w:val="FFFFFF"/>
          <w:sz w:val="23"/>
          <w:lang w:eastAsia="ko-KR"/>
        </w:rPr>
        <w:t xml:space="preserve">   — </w:t>
      </w:r>
      <w:r>
        <w:rPr>
          <w:b/>
          <w:color w:val="FFFFFF"/>
          <w:sz w:val="23"/>
          <w:lang w:eastAsia="ko-KR"/>
        </w:rPr>
        <w:t>주요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판매처</w:t>
      </w:r>
      <w:r>
        <w:rPr>
          <w:b/>
          <w:color w:val="FFFFFF"/>
          <w:sz w:val="23"/>
          <w:lang w:eastAsia="ko-KR"/>
        </w:rPr>
        <w:t>(</w:t>
      </w:r>
      <w:r>
        <w:rPr>
          <w:b/>
          <w:color w:val="FFFFFF"/>
          <w:sz w:val="23"/>
          <w:lang w:eastAsia="ko-KR"/>
        </w:rPr>
        <w:t>소매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식자재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마트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가공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수출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등</w:t>
      </w:r>
      <w:r>
        <w:rPr>
          <w:b/>
          <w:color w:val="FFFFFF"/>
          <w:sz w:val="23"/>
          <w:lang w:eastAsia="ko-KR"/>
        </w:rPr>
        <w:t xml:space="preserve">), </w:t>
      </w:r>
      <w:r>
        <w:rPr>
          <w:b/>
          <w:color w:val="FFFFFF"/>
          <w:sz w:val="23"/>
          <w:lang w:eastAsia="ko-KR"/>
        </w:rPr>
        <w:t>판매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방식</w:t>
      </w:r>
    </w:p>
    <w:tbl>
      <w:tblPr>
        <w:tblStyle w:val="af9"/>
        <w:tblW w:w="0" w:type="auto"/>
        <w:tblLayout w:type="fixed"/>
        <w:tblLook w:val="04A0"/>
      </w:tblPr>
      <w:tblGrid>
        <w:gridCol w:w="9524"/>
      </w:tblGrid>
      <w:tr w:rsidR="00105BE6">
        <w:trPr>
          <w:trHeight w:val="1247"/>
        </w:trPr>
        <w:tc>
          <w:tcPr>
            <w:tcW w:w="9524" w:type="dxa"/>
            <w:vAlign w:val="center"/>
          </w:tcPr>
          <w:p w:rsidR="00105BE6" w:rsidRDefault="00105BE6">
            <w:pPr>
              <w:rPr>
                <w:lang w:eastAsia="ko-KR"/>
              </w:rPr>
            </w:pPr>
          </w:p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4. </w:t>
      </w:r>
      <w:r>
        <w:rPr>
          <w:b/>
          <w:color w:val="FFFFFF"/>
          <w:sz w:val="23"/>
        </w:rPr>
        <w:t>물류</w:t>
      </w:r>
      <w:r>
        <w:rPr>
          <w:b/>
          <w:color w:val="FFFFFF"/>
          <w:sz w:val="23"/>
        </w:rPr>
        <w:t>·</w:t>
      </w:r>
      <w:r>
        <w:rPr>
          <w:b/>
          <w:color w:val="FFFFFF"/>
          <w:sz w:val="23"/>
        </w:rPr>
        <w:t>보관</w:t>
      </w:r>
      <w:r>
        <w:rPr>
          <w:b/>
          <w:color w:val="FFFFFF"/>
          <w:sz w:val="23"/>
        </w:rPr>
        <w:t>·</w:t>
      </w:r>
      <w:r>
        <w:rPr>
          <w:b/>
          <w:color w:val="FFFFFF"/>
          <w:sz w:val="23"/>
        </w:rPr>
        <w:t>인력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계획</w:t>
      </w:r>
    </w:p>
    <w:tbl>
      <w:tblPr>
        <w:tblStyle w:val="af9"/>
        <w:tblW w:w="0" w:type="auto"/>
        <w:tblLayout w:type="fixed"/>
        <w:tblLook w:val="04A0"/>
      </w:tblPr>
      <w:tblGrid>
        <w:gridCol w:w="1701"/>
        <w:gridCol w:w="3061"/>
        <w:gridCol w:w="1701"/>
        <w:gridCol w:w="3061"/>
      </w:tblGrid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점포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창고</w:t>
            </w:r>
          </w:p>
        </w:tc>
        <w:tc>
          <w:tcPr>
            <w:tcW w:w="3061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확보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예정</w:t>
            </w:r>
            <w:r>
              <w:rPr>
                <w:sz w:val="19"/>
                <w:lang w:eastAsia="ko-KR"/>
              </w:rPr>
              <w:t xml:space="preserve"> (</w:t>
            </w:r>
            <w:r>
              <w:rPr>
                <w:sz w:val="19"/>
                <w:lang w:eastAsia="ko-KR"/>
              </w:rPr>
              <w:t>위치</w:t>
            </w:r>
            <w:r>
              <w:rPr>
                <w:sz w:val="19"/>
                <w:lang w:eastAsia="ko-KR"/>
              </w:rPr>
              <w:t>/</w:t>
            </w:r>
            <w:r>
              <w:rPr>
                <w:sz w:val="19"/>
                <w:lang w:eastAsia="ko-KR"/>
              </w:rPr>
              <w:t>규모</w:t>
            </w:r>
            <w:r>
              <w:rPr>
                <w:sz w:val="19"/>
                <w:lang w:eastAsia="ko-KR"/>
              </w:rPr>
              <w:t>:        )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운송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차량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 xml:space="preserve">□ </w:t>
            </w:r>
            <w:r>
              <w:rPr>
                <w:sz w:val="19"/>
              </w:rPr>
              <w:t>보유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임차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예정</w:t>
            </w:r>
          </w:p>
        </w:tc>
      </w:tr>
      <w:tr w:rsidR="00105BE6">
        <w:trPr>
          <w:trHeight w:val="454"/>
        </w:trPr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투입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인력</w:t>
            </w:r>
          </w:p>
        </w:tc>
        <w:tc>
          <w:tcPr>
            <w:tcW w:w="3061" w:type="dxa"/>
            <w:vAlign w:val="center"/>
          </w:tcPr>
          <w:p w:rsidR="00105BE6" w:rsidRDefault="004D41DE">
            <w:r>
              <w:rPr>
                <w:sz w:val="19"/>
              </w:rPr>
              <w:t>본인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포함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약</w:t>
            </w:r>
            <w:r>
              <w:rPr>
                <w:sz w:val="19"/>
              </w:rPr>
              <w:t xml:space="preserve">    </w:t>
            </w:r>
            <w:r>
              <w:rPr>
                <w:sz w:val="19"/>
              </w:rPr>
              <w:t>명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저온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보관</w:t>
            </w:r>
          </w:p>
        </w:tc>
        <w:tc>
          <w:tcPr>
            <w:tcW w:w="3061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자체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외부임차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불필요</w:t>
            </w:r>
          </w:p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5. </w:t>
      </w:r>
      <w:r>
        <w:rPr>
          <w:b/>
          <w:color w:val="FFFFFF"/>
          <w:sz w:val="23"/>
        </w:rPr>
        <w:t>자금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계획</w:t>
      </w:r>
    </w:p>
    <w:tbl>
      <w:tblPr>
        <w:tblStyle w:val="af9"/>
        <w:tblW w:w="0" w:type="auto"/>
        <w:tblLayout w:type="fixed"/>
        <w:tblLook w:val="04A0"/>
      </w:tblPr>
      <w:tblGrid>
        <w:gridCol w:w="2041"/>
        <w:gridCol w:w="2891"/>
        <w:gridCol w:w="1701"/>
        <w:gridCol w:w="2891"/>
      </w:tblGrid>
      <w:tr w:rsidR="00105BE6">
        <w:trPr>
          <w:trHeight w:val="510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자기자본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운영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2891" w:type="dxa"/>
            <w:vAlign w:val="center"/>
          </w:tcPr>
          <w:p w:rsidR="00105BE6" w:rsidRDefault="004D41DE">
            <w:r>
              <w:rPr>
                <w:sz w:val="19"/>
              </w:rPr>
              <w:t>약</w:t>
            </w:r>
            <w:r>
              <w:rPr>
                <w:sz w:val="19"/>
              </w:rPr>
              <w:t xml:space="preserve">        </w:t>
            </w:r>
            <w:r>
              <w:rPr>
                <w:sz w:val="19"/>
              </w:rPr>
              <w:t>만원</w:t>
            </w:r>
          </w:p>
        </w:tc>
        <w:tc>
          <w:tcPr>
            <w:tcW w:w="170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외부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조달</w:t>
            </w:r>
          </w:p>
        </w:tc>
        <w:tc>
          <w:tcPr>
            <w:tcW w:w="2891" w:type="dxa"/>
            <w:vAlign w:val="center"/>
          </w:tcPr>
          <w:p w:rsidR="00105BE6" w:rsidRDefault="004D41DE">
            <w:r>
              <w:rPr>
                <w:sz w:val="19"/>
              </w:rPr>
              <w:t xml:space="preserve">□ </w:t>
            </w:r>
            <w:r>
              <w:rPr>
                <w:sz w:val="19"/>
              </w:rPr>
              <w:t>대출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투자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없음</w:t>
            </w:r>
          </w:p>
        </w:tc>
      </w:tr>
      <w:tr w:rsidR="00105BE6">
        <w:trPr>
          <w:trHeight w:val="510"/>
        </w:trPr>
        <w:tc>
          <w:tcPr>
            <w:tcW w:w="2041" w:type="dxa"/>
            <w:shd w:val="clear" w:color="auto" w:fill="F4F8F6"/>
            <w:vAlign w:val="center"/>
          </w:tcPr>
          <w:p w:rsidR="00105BE6" w:rsidRDefault="004D41DE">
            <w:pPr>
              <w:jc w:val="center"/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거래대금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결제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능력</w:t>
            </w:r>
            <w:r>
              <w:rPr>
                <w:b/>
                <w:sz w:val="19"/>
                <w:lang w:eastAsia="ko-KR"/>
              </w:rPr>
              <w:t>·</w:t>
            </w:r>
            <w:r>
              <w:rPr>
                <w:b/>
                <w:sz w:val="19"/>
                <w:lang w:eastAsia="ko-KR"/>
              </w:rPr>
              <w:t>계획</w:t>
            </w:r>
          </w:p>
        </w:tc>
        <w:tc>
          <w:tcPr>
            <w:tcW w:w="2891" w:type="dxa"/>
            <w:gridSpan w:val="3"/>
            <w:vAlign w:val="center"/>
          </w:tcPr>
          <w:p w:rsidR="00105BE6" w:rsidRDefault="00105BE6">
            <w:pPr>
              <w:rPr>
                <w:lang w:eastAsia="ko-KR"/>
              </w:rPr>
            </w:pPr>
          </w:p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6. </w:t>
      </w:r>
      <w:r>
        <w:rPr>
          <w:b/>
          <w:color w:val="FFFFFF"/>
          <w:sz w:val="23"/>
        </w:rPr>
        <w:t>차별화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전략</w:t>
      </w:r>
      <w:r>
        <w:rPr>
          <w:b/>
          <w:color w:val="FFFFFF"/>
          <w:sz w:val="23"/>
        </w:rPr>
        <w:t xml:space="preserve"> / </w:t>
      </w:r>
      <w:r>
        <w:rPr>
          <w:b/>
          <w:color w:val="FFFFFF"/>
          <w:sz w:val="23"/>
        </w:rPr>
        <w:t>리스크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대응</w:t>
      </w:r>
    </w:p>
    <w:tbl>
      <w:tblPr>
        <w:tblStyle w:val="af9"/>
        <w:tblW w:w="0" w:type="auto"/>
        <w:tblLayout w:type="fixed"/>
        <w:tblLook w:val="04A0"/>
      </w:tblPr>
      <w:tblGrid>
        <w:gridCol w:w="9524"/>
      </w:tblGrid>
      <w:tr w:rsidR="00105BE6">
        <w:trPr>
          <w:trHeight w:val="1134"/>
        </w:trPr>
        <w:tc>
          <w:tcPr>
            <w:tcW w:w="9524" w:type="dxa"/>
            <w:vAlign w:val="center"/>
          </w:tcPr>
          <w:p w:rsidR="00105BE6" w:rsidRDefault="00105BE6"/>
        </w:tc>
      </w:tr>
    </w:tbl>
    <w:p w:rsidR="00105BE6" w:rsidRDefault="004D41DE">
      <w:r>
        <w:br w:type="page"/>
      </w:r>
    </w:p>
    <w:p w:rsidR="00105BE6" w:rsidRDefault="004D41DE">
      <w:pPr>
        <w:jc w:val="center"/>
        <w:rPr>
          <w:lang w:eastAsia="ko-KR"/>
        </w:rPr>
      </w:pPr>
      <w:r>
        <w:rPr>
          <w:b/>
          <w:sz w:val="34"/>
          <w:lang w:eastAsia="ko-KR"/>
        </w:rPr>
        <w:lastRenderedPageBreak/>
        <w:t>기대매출</w:t>
      </w:r>
      <w:r>
        <w:rPr>
          <w:b/>
          <w:sz w:val="34"/>
          <w:lang w:eastAsia="ko-KR"/>
        </w:rPr>
        <w:t xml:space="preserve"> · </w:t>
      </w:r>
      <w:r>
        <w:rPr>
          <w:b/>
          <w:sz w:val="34"/>
          <w:lang w:eastAsia="ko-KR"/>
        </w:rPr>
        <w:t>수지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계획</w:t>
      </w:r>
      <w:r>
        <w:rPr>
          <w:b/>
          <w:sz w:val="34"/>
          <w:lang w:eastAsia="ko-KR"/>
        </w:rPr>
        <w:t xml:space="preserve"> (3</w:t>
      </w:r>
      <w:r>
        <w:rPr>
          <w:b/>
          <w:sz w:val="34"/>
          <w:lang w:eastAsia="ko-KR"/>
        </w:rPr>
        <w:t>개년</w:t>
      </w:r>
      <w:r>
        <w:rPr>
          <w:b/>
          <w:sz w:val="34"/>
          <w:lang w:eastAsia="ko-KR"/>
        </w:rPr>
        <w:t>)</w:t>
      </w:r>
    </w:p>
    <w:p w:rsidR="00105BE6" w:rsidRDefault="004D41DE">
      <w:pPr>
        <w:jc w:val="center"/>
        <w:rPr>
          <w:lang w:eastAsia="ko-KR"/>
        </w:rPr>
      </w:pPr>
      <w:r>
        <w:rPr>
          <w:color w:val="777777"/>
          <w:sz w:val="19"/>
          <w:lang w:eastAsia="ko-KR"/>
        </w:rPr>
        <w:t>확정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수치가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아닌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계획</w:t>
      </w:r>
      <w:r>
        <w:rPr>
          <w:color w:val="777777"/>
          <w:sz w:val="19"/>
          <w:lang w:eastAsia="ko-KR"/>
        </w:rPr>
        <w:t>·</w:t>
      </w:r>
      <w:r>
        <w:rPr>
          <w:color w:val="777777"/>
          <w:sz w:val="19"/>
          <w:lang w:eastAsia="ko-KR"/>
        </w:rPr>
        <w:t>추정치로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기재해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주십시오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1. </w:t>
      </w:r>
      <w:r>
        <w:rPr>
          <w:b/>
          <w:color w:val="FFFFFF"/>
          <w:sz w:val="23"/>
          <w:lang w:eastAsia="ko-KR"/>
        </w:rPr>
        <w:t>연차별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예상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실적</w:t>
      </w:r>
      <w:r>
        <w:rPr>
          <w:b/>
          <w:color w:val="FFFFFF"/>
          <w:sz w:val="23"/>
          <w:lang w:eastAsia="ko-KR"/>
        </w:rPr>
        <w:t xml:space="preserve">  (</w:t>
      </w:r>
      <w:r>
        <w:rPr>
          <w:b/>
          <w:color w:val="FFFFFF"/>
          <w:sz w:val="23"/>
          <w:lang w:eastAsia="ko-KR"/>
        </w:rPr>
        <w:t>단위</w:t>
      </w:r>
      <w:r>
        <w:rPr>
          <w:b/>
          <w:color w:val="FFFFFF"/>
          <w:sz w:val="23"/>
          <w:lang w:eastAsia="ko-KR"/>
        </w:rPr>
        <w:t xml:space="preserve">: </w:t>
      </w:r>
      <w:r>
        <w:rPr>
          <w:b/>
          <w:color w:val="FFFFFF"/>
          <w:sz w:val="23"/>
          <w:lang w:eastAsia="ko-KR"/>
        </w:rPr>
        <w:t>만원</w:t>
      </w:r>
      <w:r>
        <w:rPr>
          <w:b/>
          <w:color w:val="FFFFFF"/>
          <w:sz w:val="23"/>
          <w:lang w:eastAsia="ko-KR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2551"/>
        <w:gridCol w:w="2324"/>
        <w:gridCol w:w="2324"/>
        <w:gridCol w:w="2324"/>
      </w:tblGrid>
      <w:tr w:rsidR="00105BE6">
        <w:trPr>
          <w:trHeight w:val="425"/>
        </w:trPr>
        <w:tc>
          <w:tcPr>
            <w:tcW w:w="255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구분</w:t>
            </w:r>
          </w:p>
        </w:tc>
        <w:tc>
          <w:tcPr>
            <w:tcW w:w="232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1</w:t>
            </w:r>
            <w:r>
              <w:rPr>
                <w:b/>
                <w:sz w:val="19"/>
              </w:rPr>
              <w:t>년차</w:t>
            </w:r>
          </w:p>
        </w:tc>
        <w:tc>
          <w:tcPr>
            <w:tcW w:w="232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2</w:t>
            </w:r>
            <w:r>
              <w:rPr>
                <w:b/>
                <w:sz w:val="19"/>
              </w:rPr>
              <w:t>년차</w:t>
            </w:r>
          </w:p>
        </w:tc>
        <w:tc>
          <w:tcPr>
            <w:tcW w:w="232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3</w:t>
            </w:r>
            <w:r>
              <w:rPr>
                <w:b/>
                <w:sz w:val="19"/>
              </w:rPr>
              <w:t>년차</w:t>
            </w:r>
          </w:p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연간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매출액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연간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매입액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매출총이익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주요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운영비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개략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순이익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개략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551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월평균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취급물량</w:t>
            </w:r>
          </w:p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  <w:tc>
          <w:tcPr>
            <w:tcW w:w="2324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2. </w:t>
      </w:r>
      <w:r>
        <w:rPr>
          <w:b/>
          <w:color w:val="FFFFFF"/>
          <w:sz w:val="23"/>
          <w:lang w:eastAsia="ko-KR"/>
        </w:rPr>
        <w:t>부류</w:t>
      </w:r>
      <w:r>
        <w:rPr>
          <w:b/>
          <w:color w:val="FFFFFF"/>
          <w:sz w:val="23"/>
          <w:lang w:eastAsia="ko-KR"/>
        </w:rPr>
        <w:t>·</w:t>
      </w:r>
      <w:r>
        <w:rPr>
          <w:b/>
          <w:color w:val="FFFFFF"/>
          <w:sz w:val="23"/>
          <w:lang w:eastAsia="ko-KR"/>
        </w:rPr>
        <w:t>품목별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매출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구성</w:t>
      </w:r>
      <w:r>
        <w:rPr>
          <w:b/>
          <w:color w:val="FFFFFF"/>
          <w:sz w:val="23"/>
          <w:lang w:eastAsia="ko-KR"/>
        </w:rPr>
        <w:t xml:space="preserve"> (1</w:t>
      </w:r>
      <w:r>
        <w:rPr>
          <w:b/>
          <w:color w:val="FFFFFF"/>
          <w:sz w:val="23"/>
          <w:lang w:eastAsia="ko-KR"/>
        </w:rPr>
        <w:t>년차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기준</w:t>
      </w:r>
      <w:r>
        <w:rPr>
          <w:b/>
          <w:color w:val="FFFFFF"/>
          <w:sz w:val="23"/>
          <w:lang w:eastAsia="ko-KR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2835"/>
        <w:gridCol w:w="1928"/>
        <w:gridCol w:w="2268"/>
        <w:gridCol w:w="2494"/>
      </w:tblGrid>
      <w:tr w:rsidR="00105BE6">
        <w:trPr>
          <w:trHeight w:val="425"/>
        </w:trPr>
        <w:tc>
          <w:tcPr>
            <w:tcW w:w="2835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품목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군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19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비중</w:t>
            </w:r>
            <w:r>
              <w:rPr>
                <w:b/>
                <w:sz w:val="19"/>
              </w:rPr>
              <w:t>(%)</w:t>
            </w:r>
          </w:p>
        </w:tc>
        <w:tc>
          <w:tcPr>
            <w:tcW w:w="226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예상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월매출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만원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2494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주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판매처</w:t>
            </w:r>
          </w:p>
        </w:tc>
      </w:tr>
      <w:tr w:rsidR="00105BE6">
        <w:trPr>
          <w:trHeight w:val="425"/>
        </w:trPr>
        <w:tc>
          <w:tcPr>
            <w:tcW w:w="2835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2268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835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2268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835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  <w:tc>
          <w:tcPr>
            <w:tcW w:w="2268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  <w:tr w:rsidR="00105BE6">
        <w:trPr>
          <w:trHeight w:val="425"/>
        </w:trPr>
        <w:tc>
          <w:tcPr>
            <w:tcW w:w="2835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합계</w:t>
            </w:r>
          </w:p>
        </w:tc>
        <w:tc>
          <w:tcPr>
            <w:tcW w:w="1928" w:type="dxa"/>
            <w:vAlign w:val="center"/>
          </w:tcPr>
          <w:p w:rsidR="00105BE6" w:rsidRDefault="004D41DE">
            <w:r>
              <w:rPr>
                <w:sz w:val="19"/>
              </w:rPr>
              <w:t>100%</w:t>
            </w:r>
          </w:p>
        </w:tc>
        <w:tc>
          <w:tcPr>
            <w:tcW w:w="2268" w:type="dxa"/>
            <w:vAlign w:val="center"/>
          </w:tcPr>
          <w:p w:rsidR="00105BE6" w:rsidRDefault="00105BE6"/>
        </w:tc>
        <w:tc>
          <w:tcPr>
            <w:tcW w:w="2494" w:type="dxa"/>
            <w:vAlign w:val="center"/>
          </w:tcPr>
          <w:p w:rsidR="00105BE6" w:rsidRDefault="00105BE6"/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3. </w:t>
      </w:r>
      <w:r>
        <w:rPr>
          <w:b/>
          <w:color w:val="FFFFFF"/>
          <w:sz w:val="23"/>
          <w:lang w:eastAsia="ko-KR"/>
        </w:rPr>
        <w:t>대금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결제</w:t>
      </w:r>
      <w:r>
        <w:rPr>
          <w:b/>
          <w:color w:val="FFFFFF"/>
          <w:sz w:val="23"/>
          <w:lang w:eastAsia="ko-KR"/>
        </w:rPr>
        <w:t xml:space="preserve"> · </w:t>
      </w:r>
      <w:r>
        <w:rPr>
          <w:b/>
          <w:color w:val="FFFFFF"/>
          <w:sz w:val="23"/>
          <w:lang w:eastAsia="ko-KR"/>
        </w:rPr>
        <w:t>미수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관리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계획</w:t>
      </w:r>
    </w:p>
    <w:tbl>
      <w:tblPr>
        <w:tblStyle w:val="af9"/>
        <w:tblW w:w="0" w:type="auto"/>
        <w:tblLayout w:type="fixed"/>
        <w:tblLook w:val="04A0"/>
      </w:tblPr>
      <w:tblGrid>
        <w:gridCol w:w="2268"/>
        <w:gridCol w:w="2324"/>
        <w:gridCol w:w="2268"/>
        <w:gridCol w:w="3006"/>
      </w:tblGrid>
      <w:tr w:rsidR="00105BE6">
        <w:trPr>
          <w:trHeight w:val="510"/>
        </w:trPr>
        <w:tc>
          <w:tcPr>
            <w:tcW w:w="226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판매대금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회수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주기</w:t>
            </w:r>
          </w:p>
        </w:tc>
        <w:tc>
          <w:tcPr>
            <w:tcW w:w="2324" w:type="dxa"/>
            <w:vAlign w:val="center"/>
          </w:tcPr>
          <w:p w:rsidR="00105BE6" w:rsidRDefault="004D41DE">
            <w:r>
              <w:rPr>
                <w:sz w:val="19"/>
              </w:rPr>
              <w:t>평균</w:t>
            </w:r>
            <w:r>
              <w:rPr>
                <w:sz w:val="19"/>
              </w:rPr>
              <w:t xml:space="preserve">    </w:t>
            </w:r>
            <w:r>
              <w:rPr>
                <w:sz w:val="19"/>
              </w:rPr>
              <w:t>일</w:t>
            </w:r>
          </w:p>
        </w:tc>
        <w:tc>
          <w:tcPr>
            <w:tcW w:w="226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외상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미수</w:t>
            </w:r>
            <w:r>
              <w:rPr>
                <w:b/>
                <w:sz w:val="19"/>
              </w:rPr>
              <w:t xml:space="preserve">) </w:t>
            </w:r>
            <w:r>
              <w:rPr>
                <w:b/>
                <w:sz w:val="19"/>
              </w:rPr>
              <w:t>발생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예상</w:t>
            </w:r>
          </w:p>
        </w:tc>
        <w:tc>
          <w:tcPr>
            <w:tcW w:w="2324" w:type="dxa"/>
            <w:vAlign w:val="center"/>
          </w:tcPr>
          <w:p w:rsidR="00105BE6" w:rsidRDefault="004D41DE">
            <w:r>
              <w:rPr>
                <w:sz w:val="19"/>
              </w:rPr>
              <w:t xml:space="preserve">□ </w:t>
            </w:r>
            <w:r>
              <w:rPr>
                <w:sz w:val="19"/>
              </w:rPr>
              <w:t>낮음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보통</w:t>
            </w:r>
            <w:r>
              <w:rPr>
                <w:sz w:val="19"/>
              </w:rPr>
              <w:t xml:space="preserve"> □ </w:t>
            </w:r>
            <w:r>
              <w:rPr>
                <w:sz w:val="19"/>
              </w:rPr>
              <w:t>높음</w:t>
            </w:r>
          </w:p>
        </w:tc>
      </w:tr>
      <w:tr w:rsidR="00105BE6">
        <w:trPr>
          <w:trHeight w:val="510"/>
        </w:trPr>
        <w:tc>
          <w:tcPr>
            <w:tcW w:w="2268" w:type="dxa"/>
            <w:shd w:val="clear" w:color="auto" w:fill="F4F8F6"/>
            <w:vAlign w:val="center"/>
          </w:tcPr>
          <w:p w:rsidR="00105BE6" w:rsidRDefault="004D41DE">
            <w:pPr>
              <w:jc w:val="center"/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미수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관리</w:t>
            </w:r>
            <w:r>
              <w:rPr>
                <w:b/>
                <w:sz w:val="19"/>
                <w:lang w:eastAsia="ko-KR"/>
              </w:rPr>
              <w:t>·</w:t>
            </w:r>
            <w:r>
              <w:rPr>
                <w:b/>
                <w:sz w:val="19"/>
                <w:lang w:eastAsia="ko-KR"/>
              </w:rPr>
              <w:t>결제안정화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방안</w:t>
            </w:r>
          </w:p>
        </w:tc>
        <w:tc>
          <w:tcPr>
            <w:tcW w:w="2324" w:type="dxa"/>
            <w:gridSpan w:val="3"/>
            <w:vAlign w:val="center"/>
          </w:tcPr>
          <w:p w:rsidR="00105BE6" w:rsidRDefault="00105BE6">
            <w:pPr>
              <w:rPr>
                <w:lang w:eastAsia="ko-KR"/>
              </w:rPr>
            </w:pPr>
          </w:p>
        </w:tc>
      </w:tr>
      <w:tr w:rsidR="00105BE6">
        <w:tc>
          <w:tcPr>
            <w:tcW w:w="9866" w:type="dxa"/>
            <w:gridSpan w:val="4"/>
            <w:shd w:val="clear" w:color="auto" w:fill="FBF7E8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color w:val="6B5500"/>
                <w:sz w:val="18"/>
                <w:lang w:eastAsia="ko-KR"/>
              </w:rPr>
              <w:t>[</w:t>
            </w:r>
            <w:r>
              <w:rPr>
                <w:color w:val="6B5500"/>
                <w:sz w:val="18"/>
                <w:lang w:eastAsia="ko-KR"/>
              </w:rPr>
              <w:t>참고</w:t>
            </w:r>
            <w:r>
              <w:rPr>
                <w:color w:val="6B5500"/>
                <w:sz w:val="18"/>
                <w:lang w:eastAsia="ko-KR"/>
              </w:rPr>
              <w:t xml:space="preserve">] </w:t>
            </w:r>
            <w:r>
              <w:rPr>
                <w:color w:val="6B5500"/>
                <w:sz w:val="18"/>
                <w:lang w:eastAsia="ko-KR"/>
              </w:rPr>
              <w:t>당사는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거래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안정성을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위해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미수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담보</w:t>
            </w:r>
            <w:r>
              <w:rPr>
                <w:color w:val="6B5500"/>
                <w:sz w:val="18"/>
                <w:lang w:eastAsia="ko-KR"/>
              </w:rPr>
              <w:t>(</w:t>
            </w:r>
            <w:r>
              <w:rPr>
                <w:color w:val="6B5500"/>
                <w:sz w:val="18"/>
                <w:lang w:eastAsia="ko-KR"/>
              </w:rPr>
              <w:t>여신한도</w:t>
            </w:r>
            <w:r>
              <w:rPr>
                <w:color w:val="6B5500"/>
                <w:sz w:val="18"/>
                <w:lang w:eastAsia="ko-KR"/>
              </w:rPr>
              <w:t xml:space="preserve">) </w:t>
            </w:r>
            <w:r>
              <w:rPr>
                <w:color w:val="6B5500"/>
                <w:sz w:val="18"/>
                <w:lang w:eastAsia="ko-KR"/>
              </w:rPr>
              <w:t>관리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제도를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운영하며</w:t>
            </w:r>
            <w:r>
              <w:rPr>
                <w:color w:val="6B5500"/>
                <w:sz w:val="18"/>
                <w:lang w:eastAsia="ko-KR"/>
              </w:rPr>
              <w:t xml:space="preserve">, </w:t>
            </w:r>
            <w:r>
              <w:rPr>
                <w:color w:val="6B5500"/>
                <w:sz w:val="18"/>
                <w:lang w:eastAsia="ko-KR"/>
              </w:rPr>
              <w:t>결제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회수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계획은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면담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중요하게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검토됩니다</w:t>
            </w:r>
            <w:r>
              <w:rPr>
                <w:color w:val="6B5500"/>
                <w:sz w:val="18"/>
                <w:lang w:eastAsia="ko-KR"/>
              </w:rPr>
              <w:t>.</w:t>
            </w:r>
          </w:p>
        </w:tc>
      </w:tr>
    </w:tbl>
    <w:p w:rsidR="00105BE6" w:rsidRDefault="00105BE6">
      <w:pPr>
        <w:rPr>
          <w:lang w:eastAsia="ko-KR"/>
        </w:rPr>
      </w:pPr>
    </w:p>
    <w:p w:rsidR="00105BE6" w:rsidRDefault="004D41DE">
      <w:pPr>
        <w:rPr>
          <w:lang w:eastAsia="ko-KR"/>
        </w:rPr>
      </w:pPr>
      <w:r>
        <w:rPr>
          <w:lang w:eastAsia="ko-KR"/>
        </w:rPr>
        <w:br w:type="page"/>
      </w:r>
    </w:p>
    <w:p w:rsidR="00105BE6" w:rsidRDefault="004D41DE">
      <w:pPr>
        <w:jc w:val="center"/>
        <w:rPr>
          <w:lang w:eastAsia="ko-KR"/>
        </w:rPr>
      </w:pPr>
      <w:r>
        <w:rPr>
          <w:b/>
          <w:sz w:val="34"/>
          <w:lang w:eastAsia="ko-KR"/>
        </w:rPr>
        <w:lastRenderedPageBreak/>
        <w:t>신용</w:t>
      </w:r>
      <w:r>
        <w:rPr>
          <w:b/>
          <w:sz w:val="34"/>
          <w:lang w:eastAsia="ko-KR"/>
        </w:rPr>
        <w:t xml:space="preserve"> · </w:t>
      </w:r>
      <w:r>
        <w:rPr>
          <w:b/>
          <w:sz w:val="34"/>
          <w:lang w:eastAsia="ko-KR"/>
        </w:rPr>
        <w:t>담보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참고사항</w:t>
      </w:r>
      <w:r>
        <w:rPr>
          <w:b/>
          <w:sz w:val="34"/>
          <w:lang w:eastAsia="ko-KR"/>
        </w:rPr>
        <w:t xml:space="preserve"> (</w:t>
      </w:r>
      <w:r>
        <w:rPr>
          <w:b/>
          <w:sz w:val="34"/>
          <w:lang w:eastAsia="ko-KR"/>
        </w:rPr>
        <w:t>자진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기재</w:t>
      </w:r>
      <w:r>
        <w:rPr>
          <w:b/>
          <w:sz w:val="34"/>
          <w:lang w:eastAsia="ko-KR"/>
        </w:rPr>
        <w:t>)</w:t>
      </w:r>
    </w:p>
    <w:p w:rsidR="00105BE6" w:rsidRDefault="004D41DE">
      <w:pPr>
        <w:jc w:val="center"/>
        <w:rPr>
          <w:lang w:eastAsia="ko-KR"/>
        </w:rPr>
      </w:pPr>
      <w:r>
        <w:rPr>
          <w:color w:val="777777"/>
          <w:sz w:val="19"/>
          <w:lang w:eastAsia="ko-KR"/>
        </w:rPr>
        <w:t>거래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안정성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검토를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위한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참고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자료이며</w:t>
      </w:r>
      <w:r>
        <w:rPr>
          <w:color w:val="777777"/>
          <w:sz w:val="19"/>
          <w:lang w:eastAsia="ko-KR"/>
        </w:rPr>
        <w:t xml:space="preserve">, </w:t>
      </w:r>
      <w:r>
        <w:rPr>
          <w:color w:val="777777"/>
          <w:sz w:val="19"/>
          <w:lang w:eastAsia="ko-KR"/>
        </w:rPr>
        <w:t>증빙은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거래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확정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단계에서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별도</w:t>
      </w:r>
      <w:r>
        <w:rPr>
          <w:color w:val="777777"/>
          <w:sz w:val="19"/>
          <w:lang w:eastAsia="ko-KR"/>
        </w:rPr>
        <w:t xml:space="preserve"> </w:t>
      </w:r>
      <w:r>
        <w:rPr>
          <w:color w:val="777777"/>
          <w:sz w:val="19"/>
          <w:lang w:eastAsia="ko-KR"/>
        </w:rPr>
        <w:t>확인합니다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1. </w:t>
      </w:r>
      <w:r>
        <w:rPr>
          <w:b/>
          <w:color w:val="FFFFFF"/>
          <w:sz w:val="23"/>
        </w:rPr>
        <w:t>신용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관련</w:t>
      </w:r>
      <w:r>
        <w:rPr>
          <w:b/>
          <w:color w:val="FFFFFF"/>
          <w:sz w:val="23"/>
        </w:rPr>
        <w:t xml:space="preserve"> (</w:t>
      </w:r>
      <w:r>
        <w:rPr>
          <w:b/>
          <w:color w:val="FFFFFF"/>
          <w:sz w:val="23"/>
        </w:rPr>
        <w:t>자진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기재</w:t>
      </w:r>
      <w:r>
        <w:rPr>
          <w:b/>
          <w:color w:val="FFFFFF"/>
          <w:sz w:val="23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2835"/>
        <w:gridCol w:w="6690"/>
      </w:tblGrid>
      <w:tr w:rsidR="00105BE6">
        <w:trPr>
          <w:trHeight w:val="454"/>
        </w:trPr>
        <w:tc>
          <w:tcPr>
            <w:tcW w:w="2835" w:type="dxa"/>
            <w:shd w:val="clear" w:color="auto" w:fill="F4F8F6"/>
            <w:vAlign w:val="center"/>
          </w:tcPr>
          <w:p w:rsidR="00105BE6" w:rsidRDefault="004D41DE">
            <w:pPr>
              <w:jc w:val="center"/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금융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연체</w:t>
            </w:r>
            <w:r>
              <w:rPr>
                <w:b/>
                <w:sz w:val="19"/>
                <w:lang w:eastAsia="ko-KR"/>
              </w:rPr>
              <w:t>·</w:t>
            </w:r>
            <w:r>
              <w:rPr>
                <w:b/>
                <w:sz w:val="19"/>
                <w:lang w:eastAsia="ko-KR"/>
              </w:rPr>
              <w:t>채무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불이행</w:t>
            </w:r>
          </w:p>
        </w:tc>
        <w:tc>
          <w:tcPr>
            <w:tcW w:w="6690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해당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없음</w:t>
            </w:r>
            <w:r>
              <w:rPr>
                <w:sz w:val="19"/>
                <w:lang w:eastAsia="ko-KR"/>
              </w:rPr>
              <w:t xml:space="preserve">    □ </w:t>
            </w:r>
            <w:r>
              <w:rPr>
                <w:sz w:val="19"/>
                <w:lang w:eastAsia="ko-KR"/>
              </w:rPr>
              <w:t>해당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있음</w:t>
            </w:r>
            <w:r>
              <w:rPr>
                <w:sz w:val="19"/>
                <w:lang w:eastAsia="ko-KR"/>
              </w:rPr>
              <w:t xml:space="preserve"> (</w:t>
            </w:r>
            <w:r>
              <w:rPr>
                <w:sz w:val="19"/>
                <w:lang w:eastAsia="ko-KR"/>
              </w:rPr>
              <w:t>내용</w:t>
            </w:r>
            <w:r>
              <w:rPr>
                <w:sz w:val="19"/>
                <w:lang w:eastAsia="ko-KR"/>
              </w:rPr>
              <w:t>:                          )</w:t>
            </w:r>
          </w:p>
        </w:tc>
      </w:tr>
      <w:tr w:rsidR="00105BE6">
        <w:trPr>
          <w:trHeight w:val="454"/>
        </w:trPr>
        <w:tc>
          <w:tcPr>
            <w:tcW w:w="2835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현재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회생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파산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절차</w:t>
            </w:r>
          </w:p>
        </w:tc>
        <w:tc>
          <w:tcPr>
            <w:tcW w:w="6690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해당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없음</w:t>
            </w:r>
            <w:r>
              <w:rPr>
                <w:sz w:val="19"/>
                <w:lang w:eastAsia="ko-KR"/>
              </w:rPr>
              <w:t xml:space="preserve">    □ </w:t>
            </w:r>
            <w:r>
              <w:rPr>
                <w:sz w:val="19"/>
                <w:lang w:eastAsia="ko-KR"/>
              </w:rPr>
              <w:t>진행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중</w:t>
            </w:r>
            <w:r>
              <w:rPr>
                <w:sz w:val="19"/>
                <w:lang w:eastAsia="ko-KR"/>
              </w:rPr>
              <w:t xml:space="preserve">    □ </w:t>
            </w:r>
            <w:r>
              <w:rPr>
                <w:sz w:val="19"/>
                <w:lang w:eastAsia="ko-KR"/>
              </w:rPr>
              <w:t>종결</w:t>
            </w:r>
            <w:r>
              <w:rPr>
                <w:sz w:val="19"/>
                <w:lang w:eastAsia="ko-KR"/>
              </w:rPr>
              <w:t xml:space="preserve">(    </w:t>
            </w:r>
            <w:r>
              <w:rPr>
                <w:sz w:val="19"/>
                <w:lang w:eastAsia="ko-KR"/>
              </w:rPr>
              <w:t>년</w:t>
            </w:r>
            <w:r>
              <w:rPr>
                <w:sz w:val="19"/>
                <w:lang w:eastAsia="ko-KR"/>
              </w:rPr>
              <w:t>)</w:t>
            </w:r>
          </w:p>
        </w:tc>
      </w:tr>
      <w:tr w:rsidR="00105BE6">
        <w:trPr>
          <w:trHeight w:val="454"/>
        </w:trPr>
        <w:tc>
          <w:tcPr>
            <w:tcW w:w="2835" w:type="dxa"/>
            <w:shd w:val="clear" w:color="auto" w:fill="F4F8F6"/>
            <w:vAlign w:val="center"/>
          </w:tcPr>
          <w:p w:rsidR="00105BE6" w:rsidRDefault="004D41DE">
            <w:pPr>
              <w:jc w:val="center"/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타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도매시장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미수</w:t>
            </w:r>
            <w:r>
              <w:rPr>
                <w:b/>
                <w:sz w:val="19"/>
                <w:lang w:eastAsia="ko-KR"/>
              </w:rPr>
              <w:t>·</w:t>
            </w:r>
            <w:r>
              <w:rPr>
                <w:b/>
                <w:sz w:val="19"/>
                <w:lang w:eastAsia="ko-KR"/>
              </w:rPr>
              <w:t>분쟁</w:t>
            </w:r>
            <w:r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>이력</w:t>
            </w:r>
          </w:p>
        </w:tc>
        <w:tc>
          <w:tcPr>
            <w:tcW w:w="6690" w:type="dxa"/>
            <w:vAlign w:val="center"/>
          </w:tcPr>
          <w:p w:rsidR="00105BE6" w:rsidRDefault="004D41DE">
            <w:r>
              <w:rPr>
                <w:sz w:val="19"/>
              </w:rPr>
              <w:t xml:space="preserve">□ </w:t>
            </w:r>
            <w:r>
              <w:rPr>
                <w:sz w:val="19"/>
              </w:rPr>
              <w:t>없음</w:t>
            </w:r>
            <w:r>
              <w:rPr>
                <w:sz w:val="19"/>
              </w:rPr>
              <w:t xml:space="preserve">    □ </w:t>
            </w:r>
            <w:r>
              <w:rPr>
                <w:sz w:val="19"/>
              </w:rPr>
              <w:t>있음</w:t>
            </w:r>
            <w:r>
              <w:rPr>
                <w:sz w:val="19"/>
              </w:rPr>
              <w:t xml:space="preserve"> (</w:t>
            </w:r>
            <w:r>
              <w:rPr>
                <w:sz w:val="19"/>
              </w:rPr>
              <w:t>내용</w:t>
            </w:r>
            <w:r>
              <w:rPr>
                <w:sz w:val="19"/>
              </w:rPr>
              <w:t>:                          )</w:t>
            </w:r>
          </w:p>
        </w:tc>
      </w:tr>
    </w:tbl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</w:rPr>
        <w:t xml:space="preserve">  2. </w:t>
      </w:r>
      <w:r>
        <w:rPr>
          <w:b/>
          <w:color w:val="FFFFFF"/>
          <w:sz w:val="23"/>
        </w:rPr>
        <w:t>담보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제공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가능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여부</w:t>
      </w:r>
    </w:p>
    <w:tbl>
      <w:tblPr>
        <w:tblStyle w:val="af9"/>
        <w:tblW w:w="0" w:type="auto"/>
        <w:tblLayout w:type="fixed"/>
        <w:tblLook w:val="04A0"/>
      </w:tblPr>
      <w:tblGrid>
        <w:gridCol w:w="2835"/>
        <w:gridCol w:w="6690"/>
      </w:tblGrid>
      <w:tr w:rsidR="00105BE6">
        <w:trPr>
          <w:trHeight w:val="454"/>
        </w:trPr>
        <w:tc>
          <w:tcPr>
            <w:tcW w:w="2835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제공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가능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담보</w:t>
            </w:r>
          </w:p>
        </w:tc>
        <w:tc>
          <w:tcPr>
            <w:tcW w:w="6690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□ </w:t>
            </w:r>
            <w:r>
              <w:rPr>
                <w:sz w:val="19"/>
                <w:lang w:eastAsia="ko-KR"/>
              </w:rPr>
              <w:t>부동산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근저당</w:t>
            </w:r>
            <w:r>
              <w:rPr>
                <w:sz w:val="19"/>
                <w:lang w:eastAsia="ko-KR"/>
              </w:rPr>
              <w:t xml:space="preserve">) □ </w:t>
            </w:r>
            <w:r>
              <w:rPr>
                <w:sz w:val="19"/>
                <w:lang w:eastAsia="ko-KR"/>
              </w:rPr>
              <w:t>보증보험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현금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예금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질권</w:t>
            </w:r>
            <w:r>
              <w:rPr>
                <w:sz w:val="19"/>
                <w:lang w:eastAsia="ko-KR"/>
              </w:rPr>
              <w:t xml:space="preserve">) □ </w:t>
            </w:r>
            <w:r>
              <w:rPr>
                <w:sz w:val="19"/>
                <w:lang w:eastAsia="ko-KR"/>
              </w:rPr>
              <w:t>연대보증</w:t>
            </w:r>
            <w:r>
              <w:rPr>
                <w:sz w:val="19"/>
                <w:lang w:eastAsia="ko-KR"/>
              </w:rPr>
              <w:t xml:space="preserve"> □ </w:t>
            </w:r>
            <w:r>
              <w:rPr>
                <w:sz w:val="19"/>
                <w:lang w:eastAsia="ko-KR"/>
              </w:rPr>
              <w:t>미정</w:t>
            </w:r>
          </w:p>
        </w:tc>
      </w:tr>
    </w:tbl>
    <w:p w:rsidR="00105BE6" w:rsidRDefault="004D41DE">
      <w:pPr>
        <w:shd w:val="clear" w:color="auto" w:fill="1F4E39"/>
        <w:spacing w:before="200" w:after="80"/>
        <w:rPr>
          <w:lang w:eastAsia="ko-KR"/>
        </w:rPr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  <w:lang w:eastAsia="ko-KR"/>
        </w:rPr>
        <w:t>담보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예정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물건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개요</w:t>
      </w:r>
      <w:r>
        <w:rPr>
          <w:b/>
          <w:color w:val="FFFFFF"/>
          <w:sz w:val="23"/>
          <w:lang w:eastAsia="ko-KR"/>
        </w:rPr>
        <w:t xml:space="preserve"> (</w:t>
      </w:r>
      <w:r>
        <w:rPr>
          <w:b/>
          <w:color w:val="FFFFFF"/>
          <w:sz w:val="23"/>
          <w:lang w:eastAsia="ko-KR"/>
        </w:rPr>
        <w:t>해당</w:t>
      </w:r>
      <w:r>
        <w:rPr>
          <w:b/>
          <w:color w:val="FFFFFF"/>
          <w:sz w:val="23"/>
          <w:lang w:eastAsia="ko-KR"/>
        </w:rPr>
        <w:t xml:space="preserve"> </w:t>
      </w:r>
      <w:r>
        <w:rPr>
          <w:b/>
          <w:color w:val="FFFFFF"/>
          <w:sz w:val="23"/>
          <w:lang w:eastAsia="ko-KR"/>
        </w:rPr>
        <w:t>시</w:t>
      </w:r>
      <w:r>
        <w:rPr>
          <w:b/>
          <w:color w:val="FFFFFF"/>
          <w:sz w:val="23"/>
          <w:lang w:eastAsia="ko-KR"/>
        </w:rPr>
        <w:t>)</w:t>
      </w:r>
    </w:p>
    <w:tbl>
      <w:tblPr>
        <w:tblStyle w:val="af9"/>
        <w:tblW w:w="0" w:type="auto"/>
        <w:tblLayout w:type="fixed"/>
        <w:tblLook w:val="04A0"/>
      </w:tblPr>
      <w:tblGrid>
        <w:gridCol w:w="1928"/>
        <w:gridCol w:w="3628"/>
        <w:gridCol w:w="2041"/>
        <w:gridCol w:w="2269"/>
      </w:tblGrid>
      <w:tr w:rsidR="00105BE6">
        <w:trPr>
          <w:trHeight w:val="454"/>
        </w:trPr>
        <w:tc>
          <w:tcPr>
            <w:tcW w:w="19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종류</w:t>
            </w:r>
          </w:p>
        </w:tc>
        <w:tc>
          <w:tcPr>
            <w:tcW w:w="36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소재지</w:t>
            </w:r>
            <w:r>
              <w:rPr>
                <w:b/>
                <w:sz w:val="19"/>
              </w:rPr>
              <w:t>/</w:t>
            </w:r>
            <w:r>
              <w:rPr>
                <w:b/>
                <w:sz w:val="19"/>
              </w:rPr>
              <w:t>내용</w:t>
            </w:r>
          </w:p>
        </w:tc>
        <w:tc>
          <w:tcPr>
            <w:tcW w:w="2041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추정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가액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만원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1928" w:type="dxa"/>
            <w:shd w:val="clear" w:color="auto" w:fill="E8F0EB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권리관계</w:t>
            </w:r>
          </w:p>
        </w:tc>
      </w:tr>
      <w:tr w:rsidR="00105BE6">
        <w:trPr>
          <w:trHeight w:val="454"/>
        </w:trPr>
        <w:tc>
          <w:tcPr>
            <w:tcW w:w="1928" w:type="dxa"/>
            <w:vAlign w:val="center"/>
          </w:tcPr>
          <w:p w:rsidR="00105BE6" w:rsidRDefault="00105BE6"/>
        </w:tc>
        <w:tc>
          <w:tcPr>
            <w:tcW w:w="3628" w:type="dxa"/>
            <w:vAlign w:val="center"/>
          </w:tcPr>
          <w:p w:rsidR="00105BE6" w:rsidRDefault="00105BE6"/>
        </w:tc>
        <w:tc>
          <w:tcPr>
            <w:tcW w:w="2041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</w:tr>
      <w:tr w:rsidR="00105BE6">
        <w:trPr>
          <w:trHeight w:val="454"/>
        </w:trPr>
        <w:tc>
          <w:tcPr>
            <w:tcW w:w="1928" w:type="dxa"/>
            <w:vAlign w:val="center"/>
          </w:tcPr>
          <w:p w:rsidR="00105BE6" w:rsidRDefault="00105BE6"/>
        </w:tc>
        <w:tc>
          <w:tcPr>
            <w:tcW w:w="3628" w:type="dxa"/>
            <w:vAlign w:val="center"/>
          </w:tcPr>
          <w:p w:rsidR="00105BE6" w:rsidRDefault="00105BE6"/>
        </w:tc>
        <w:tc>
          <w:tcPr>
            <w:tcW w:w="2041" w:type="dxa"/>
            <w:vAlign w:val="center"/>
          </w:tcPr>
          <w:p w:rsidR="00105BE6" w:rsidRDefault="00105BE6"/>
        </w:tc>
        <w:tc>
          <w:tcPr>
            <w:tcW w:w="1928" w:type="dxa"/>
            <w:vAlign w:val="center"/>
          </w:tcPr>
          <w:p w:rsidR="00105BE6" w:rsidRDefault="00105BE6"/>
        </w:tc>
      </w:tr>
      <w:tr w:rsidR="00105BE6">
        <w:tc>
          <w:tcPr>
            <w:tcW w:w="9866" w:type="dxa"/>
            <w:gridSpan w:val="4"/>
            <w:shd w:val="clear" w:color="auto" w:fill="FBF7E8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color w:val="6B5500"/>
                <w:sz w:val="18"/>
                <w:lang w:eastAsia="ko-KR"/>
              </w:rPr>
              <w:t>[</w:t>
            </w:r>
            <w:r>
              <w:rPr>
                <w:color w:val="6B5500"/>
                <w:sz w:val="18"/>
                <w:lang w:eastAsia="ko-KR"/>
              </w:rPr>
              <w:t>준법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안내</w:t>
            </w:r>
            <w:r>
              <w:rPr>
                <w:color w:val="6B5500"/>
                <w:sz w:val="18"/>
                <w:lang w:eastAsia="ko-KR"/>
              </w:rPr>
              <w:t xml:space="preserve">] </w:t>
            </w:r>
            <w:r>
              <w:rPr>
                <w:color w:val="6B5500"/>
                <w:sz w:val="18"/>
                <w:lang w:eastAsia="ko-KR"/>
              </w:rPr>
              <w:t>담보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보증금은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「농수산물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유통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및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가격안정에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관한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법률」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및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인천광역시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조례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시장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규정이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정한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범위에서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운용되며</w:t>
            </w:r>
            <w:r>
              <w:rPr>
                <w:color w:val="6B5500"/>
                <w:sz w:val="18"/>
                <w:lang w:eastAsia="ko-KR"/>
              </w:rPr>
              <w:t xml:space="preserve">, </w:t>
            </w:r>
            <w:r>
              <w:rPr>
                <w:color w:val="6B5500"/>
                <w:sz w:val="18"/>
                <w:lang w:eastAsia="ko-KR"/>
              </w:rPr>
              <w:t>특정인에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대한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부당한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차별이나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과다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징구는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하지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않습니다</w:t>
            </w:r>
            <w:r>
              <w:rPr>
                <w:color w:val="6B5500"/>
                <w:sz w:val="18"/>
                <w:lang w:eastAsia="ko-KR"/>
              </w:rPr>
              <w:t>.</w:t>
            </w:r>
          </w:p>
        </w:tc>
      </w:tr>
    </w:tbl>
    <w:p w:rsidR="00105BE6" w:rsidRDefault="00105BE6">
      <w:pPr>
        <w:rPr>
          <w:lang w:eastAsia="ko-KR"/>
        </w:rPr>
      </w:pPr>
    </w:p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위</w:t>
      </w:r>
      <w:r>
        <w:rPr>
          <w:lang w:eastAsia="ko-KR"/>
        </w:rPr>
        <w:t xml:space="preserve"> </w:t>
      </w:r>
      <w:r>
        <w:rPr>
          <w:lang w:eastAsia="ko-KR"/>
        </w:rPr>
        <w:t>자진</w:t>
      </w:r>
      <w:r>
        <w:rPr>
          <w:lang w:eastAsia="ko-KR"/>
        </w:rPr>
        <w:t xml:space="preserve"> </w:t>
      </w:r>
      <w:r>
        <w:rPr>
          <w:lang w:eastAsia="ko-KR"/>
        </w:rPr>
        <w:t>기재</w:t>
      </w:r>
      <w:r>
        <w:rPr>
          <w:lang w:eastAsia="ko-KR"/>
        </w:rPr>
        <w:t xml:space="preserve"> </w:t>
      </w:r>
      <w:r>
        <w:rPr>
          <w:lang w:eastAsia="ko-KR"/>
        </w:rPr>
        <w:t>내용은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다름이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</w:t>
      </w:r>
    </w:p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 xml:space="preserve">20      </w:t>
      </w:r>
      <w:r>
        <w:rPr>
          <w:lang w:eastAsia="ko-KR"/>
        </w:rPr>
        <w:t>년</w:t>
      </w:r>
      <w:r>
        <w:rPr>
          <w:lang w:eastAsia="ko-KR"/>
        </w:rPr>
        <w:t xml:space="preserve">        </w:t>
      </w:r>
      <w:r>
        <w:rPr>
          <w:lang w:eastAsia="ko-KR"/>
        </w:rPr>
        <w:t>월</w:t>
      </w:r>
      <w:r>
        <w:rPr>
          <w:lang w:eastAsia="ko-KR"/>
        </w:rPr>
        <w:t xml:space="preserve">        </w:t>
      </w:r>
      <w:r>
        <w:rPr>
          <w:lang w:eastAsia="ko-KR"/>
        </w:rPr>
        <w:t>일</w:t>
      </w: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작성자</w:t>
      </w:r>
      <w:r>
        <w:rPr>
          <w:lang w:eastAsia="ko-KR"/>
        </w:rPr>
        <w:t xml:space="preserve"> :        </w:t>
      </w:r>
      <w:r>
        <w:rPr>
          <w:lang w:eastAsia="ko-KR"/>
        </w:rPr>
        <w:t xml:space="preserve">                  (</w:t>
      </w:r>
      <w:r>
        <w:rPr>
          <w:lang w:eastAsia="ko-KR"/>
        </w:rPr>
        <w:t>서명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인</w:t>
      </w:r>
      <w:r>
        <w:rPr>
          <w:lang w:eastAsia="ko-KR"/>
        </w:rPr>
        <w:t>)</w:t>
      </w:r>
    </w:p>
    <w:p w:rsidR="00105BE6" w:rsidRDefault="004D41DE">
      <w:pPr>
        <w:rPr>
          <w:lang w:eastAsia="ko-KR"/>
        </w:rPr>
      </w:pPr>
      <w:r>
        <w:rPr>
          <w:lang w:eastAsia="ko-KR"/>
        </w:rPr>
        <w:br w:type="page"/>
      </w:r>
    </w:p>
    <w:p w:rsidR="00105BE6" w:rsidRDefault="004D41DE">
      <w:pPr>
        <w:jc w:val="center"/>
        <w:rPr>
          <w:lang w:eastAsia="ko-KR"/>
        </w:rPr>
      </w:pPr>
      <w:r>
        <w:rPr>
          <w:b/>
          <w:sz w:val="34"/>
          <w:lang w:eastAsia="ko-KR"/>
        </w:rPr>
        <w:lastRenderedPageBreak/>
        <w:t>개인정보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수집</w:t>
      </w:r>
      <w:r>
        <w:rPr>
          <w:b/>
          <w:sz w:val="34"/>
          <w:lang w:eastAsia="ko-KR"/>
        </w:rPr>
        <w:t xml:space="preserve"> · </w:t>
      </w:r>
      <w:r>
        <w:rPr>
          <w:b/>
          <w:sz w:val="34"/>
          <w:lang w:eastAsia="ko-KR"/>
        </w:rPr>
        <w:t>이용</w:t>
      </w:r>
      <w:r>
        <w:rPr>
          <w:b/>
          <w:sz w:val="34"/>
          <w:lang w:eastAsia="ko-KR"/>
        </w:rPr>
        <w:t xml:space="preserve"> </w:t>
      </w:r>
      <w:r>
        <w:rPr>
          <w:b/>
          <w:sz w:val="34"/>
          <w:lang w:eastAsia="ko-KR"/>
        </w:rPr>
        <w:t>동의서</w:t>
      </w:r>
    </w:p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1. </w:t>
      </w:r>
      <w:r>
        <w:rPr>
          <w:b/>
          <w:color w:val="FFFFFF"/>
          <w:sz w:val="23"/>
        </w:rPr>
        <w:t>수집</w:t>
      </w:r>
      <w:r>
        <w:rPr>
          <w:b/>
          <w:color w:val="FFFFFF"/>
          <w:sz w:val="23"/>
        </w:rPr>
        <w:t>·</w:t>
      </w:r>
      <w:r>
        <w:rPr>
          <w:b/>
          <w:color w:val="FFFFFF"/>
          <w:sz w:val="23"/>
        </w:rPr>
        <w:t>이용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내역</w:t>
      </w:r>
    </w:p>
    <w:tbl>
      <w:tblPr>
        <w:tblStyle w:val="af9"/>
        <w:tblW w:w="0" w:type="auto"/>
        <w:tblLayout w:type="fixed"/>
        <w:tblLook w:val="04A0"/>
      </w:tblPr>
      <w:tblGrid>
        <w:gridCol w:w="1928"/>
        <w:gridCol w:w="7938"/>
      </w:tblGrid>
      <w:tr w:rsidR="00105BE6">
        <w:trPr>
          <w:trHeight w:val="454"/>
        </w:trPr>
        <w:tc>
          <w:tcPr>
            <w:tcW w:w="192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수집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항목</w:t>
            </w:r>
          </w:p>
        </w:tc>
        <w:tc>
          <w:tcPr>
            <w:tcW w:w="7597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성명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생년월일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연락처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주소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이메일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학력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경력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사업자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정보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사업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재무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계획</w:t>
            </w:r>
            <w:r>
              <w:rPr>
                <w:sz w:val="19"/>
                <w:lang w:eastAsia="ko-KR"/>
              </w:rPr>
              <w:t xml:space="preserve">, </w:t>
            </w:r>
            <w:r>
              <w:rPr>
                <w:sz w:val="19"/>
                <w:lang w:eastAsia="ko-KR"/>
              </w:rPr>
              <w:t>신용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담보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관련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자진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기재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사항</w:t>
            </w:r>
          </w:p>
        </w:tc>
      </w:tr>
      <w:tr w:rsidR="00105BE6">
        <w:trPr>
          <w:trHeight w:val="454"/>
        </w:trPr>
        <w:tc>
          <w:tcPr>
            <w:tcW w:w="192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수집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이용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목적</w:t>
            </w:r>
          </w:p>
        </w:tc>
        <w:tc>
          <w:tcPr>
            <w:tcW w:w="7597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신규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중도매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거래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개시를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위한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사전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검토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면담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거래심사</w:t>
            </w:r>
            <w:r>
              <w:rPr>
                <w:sz w:val="19"/>
                <w:lang w:eastAsia="ko-KR"/>
              </w:rPr>
              <w:t xml:space="preserve">) </w:t>
            </w:r>
            <w:r>
              <w:rPr>
                <w:sz w:val="19"/>
                <w:lang w:eastAsia="ko-KR"/>
              </w:rPr>
              <w:t>및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연락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통지</w:t>
            </w:r>
          </w:p>
        </w:tc>
      </w:tr>
      <w:tr w:rsidR="00105BE6">
        <w:trPr>
          <w:trHeight w:val="454"/>
        </w:trPr>
        <w:tc>
          <w:tcPr>
            <w:tcW w:w="192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보유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이용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기간</w:t>
            </w:r>
          </w:p>
        </w:tc>
        <w:tc>
          <w:tcPr>
            <w:tcW w:w="7597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거래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개시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시</w:t>
            </w:r>
            <w:r>
              <w:rPr>
                <w:sz w:val="19"/>
                <w:lang w:eastAsia="ko-KR"/>
              </w:rPr>
              <w:t xml:space="preserve">: </w:t>
            </w:r>
            <w:r>
              <w:rPr>
                <w:sz w:val="19"/>
                <w:lang w:eastAsia="ko-KR"/>
              </w:rPr>
              <w:t>관계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법령이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정하는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기간까지</w:t>
            </w:r>
            <w:r>
              <w:rPr>
                <w:sz w:val="19"/>
                <w:lang w:eastAsia="ko-KR"/>
              </w:rPr>
              <w:t xml:space="preserve"> / </w:t>
            </w:r>
            <w:r>
              <w:rPr>
                <w:sz w:val="19"/>
                <w:lang w:eastAsia="ko-KR"/>
              </w:rPr>
              <w:t>미개시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불채택</w:t>
            </w:r>
            <w:r>
              <w:rPr>
                <w:sz w:val="19"/>
                <w:lang w:eastAsia="ko-KR"/>
              </w:rPr>
              <w:t xml:space="preserve">) </w:t>
            </w:r>
            <w:r>
              <w:rPr>
                <w:sz w:val="19"/>
                <w:lang w:eastAsia="ko-KR"/>
              </w:rPr>
              <w:t>시</w:t>
            </w:r>
            <w:r>
              <w:rPr>
                <w:sz w:val="19"/>
                <w:lang w:eastAsia="ko-KR"/>
              </w:rPr>
              <w:t xml:space="preserve">: </w:t>
            </w:r>
            <w:r>
              <w:rPr>
                <w:sz w:val="19"/>
                <w:lang w:eastAsia="ko-KR"/>
              </w:rPr>
              <w:t>검토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종료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즉시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파기</w:t>
            </w:r>
            <w:r>
              <w:rPr>
                <w:sz w:val="19"/>
                <w:lang w:eastAsia="ko-KR"/>
              </w:rPr>
              <w:t>(</w:t>
            </w:r>
            <w:r>
              <w:rPr>
                <w:sz w:val="19"/>
                <w:lang w:eastAsia="ko-KR"/>
              </w:rPr>
              <w:t>내부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규정에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따름</w:t>
            </w:r>
            <w:r>
              <w:rPr>
                <w:sz w:val="19"/>
                <w:lang w:eastAsia="ko-KR"/>
              </w:rPr>
              <w:t>)</w:t>
            </w:r>
          </w:p>
        </w:tc>
      </w:tr>
      <w:tr w:rsidR="00105BE6">
        <w:trPr>
          <w:trHeight w:val="454"/>
        </w:trPr>
        <w:tc>
          <w:tcPr>
            <w:tcW w:w="1928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제</w:t>
            </w:r>
            <w:r>
              <w:rPr>
                <w:b/>
                <w:sz w:val="19"/>
              </w:rPr>
              <w:t>3</w:t>
            </w:r>
            <w:r>
              <w:rPr>
                <w:b/>
                <w:sz w:val="19"/>
              </w:rPr>
              <w:t>자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제공</w:t>
            </w:r>
          </w:p>
        </w:tc>
        <w:tc>
          <w:tcPr>
            <w:tcW w:w="7597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원칙적으로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제공하지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않음</w:t>
            </w:r>
            <w:r>
              <w:rPr>
                <w:sz w:val="19"/>
                <w:lang w:eastAsia="ko-KR"/>
              </w:rPr>
              <w:t xml:space="preserve">. </w:t>
            </w:r>
            <w:r>
              <w:rPr>
                <w:sz w:val="19"/>
                <w:lang w:eastAsia="ko-KR"/>
              </w:rPr>
              <w:t>다만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법령상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의무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또는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본인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동의가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있는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경우에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한함</w:t>
            </w:r>
          </w:p>
        </w:tc>
      </w:tr>
      <w:tr w:rsidR="00105BE6">
        <w:tc>
          <w:tcPr>
            <w:tcW w:w="9866" w:type="dxa"/>
            <w:gridSpan w:val="2"/>
            <w:shd w:val="clear" w:color="auto" w:fill="FBF7E8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color w:val="6B5500"/>
                <w:sz w:val="18"/>
                <w:lang w:eastAsia="ko-KR"/>
              </w:rPr>
              <w:t>귀하는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개인정보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수집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이용에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동의를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거부할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권리가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있습니다</w:t>
            </w:r>
            <w:r>
              <w:rPr>
                <w:color w:val="6B5500"/>
                <w:sz w:val="18"/>
                <w:lang w:eastAsia="ko-KR"/>
              </w:rPr>
              <w:t xml:space="preserve">. </w:t>
            </w:r>
            <w:r>
              <w:rPr>
                <w:color w:val="6B5500"/>
                <w:sz w:val="18"/>
                <w:lang w:eastAsia="ko-KR"/>
              </w:rPr>
              <w:t>다만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필수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항목에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동의하지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않으실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경우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면담</w:t>
            </w:r>
            <w:r>
              <w:rPr>
                <w:color w:val="6B5500"/>
                <w:sz w:val="18"/>
                <w:lang w:eastAsia="ko-KR"/>
              </w:rPr>
              <w:t>·</w:t>
            </w:r>
            <w:r>
              <w:rPr>
                <w:color w:val="6B5500"/>
                <w:sz w:val="18"/>
                <w:lang w:eastAsia="ko-KR"/>
              </w:rPr>
              <w:t>검토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진행이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제한될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수</w:t>
            </w:r>
            <w:r>
              <w:rPr>
                <w:color w:val="6B5500"/>
                <w:sz w:val="18"/>
                <w:lang w:eastAsia="ko-KR"/>
              </w:rPr>
              <w:t xml:space="preserve"> </w:t>
            </w:r>
            <w:r>
              <w:rPr>
                <w:color w:val="6B5500"/>
                <w:sz w:val="18"/>
                <w:lang w:eastAsia="ko-KR"/>
              </w:rPr>
              <w:t>있습니다</w:t>
            </w:r>
            <w:r>
              <w:rPr>
                <w:color w:val="6B5500"/>
                <w:sz w:val="18"/>
                <w:lang w:eastAsia="ko-KR"/>
              </w:rPr>
              <w:t>.</w:t>
            </w:r>
          </w:p>
        </w:tc>
      </w:tr>
    </w:tbl>
    <w:p w:rsidR="00105BE6" w:rsidRDefault="00105BE6">
      <w:pPr>
        <w:rPr>
          <w:lang w:eastAsia="ko-KR"/>
        </w:rPr>
      </w:pPr>
    </w:p>
    <w:p w:rsidR="00105BE6" w:rsidRDefault="004D41DE">
      <w:pPr>
        <w:shd w:val="clear" w:color="auto" w:fill="1F4E39"/>
        <w:spacing w:before="200" w:after="80"/>
      </w:pPr>
      <w:r>
        <w:rPr>
          <w:b/>
          <w:color w:val="FFFFFF"/>
          <w:sz w:val="23"/>
          <w:lang w:eastAsia="ko-KR"/>
        </w:rPr>
        <w:t xml:space="preserve">  </w:t>
      </w:r>
      <w:r>
        <w:rPr>
          <w:b/>
          <w:color w:val="FFFFFF"/>
          <w:sz w:val="23"/>
        </w:rPr>
        <w:t xml:space="preserve">2. </w:t>
      </w:r>
      <w:r>
        <w:rPr>
          <w:b/>
          <w:color w:val="FFFFFF"/>
          <w:sz w:val="23"/>
        </w:rPr>
        <w:t>동의</w:t>
      </w:r>
      <w:r>
        <w:rPr>
          <w:b/>
          <w:color w:val="FFFFFF"/>
          <w:sz w:val="23"/>
        </w:rPr>
        <w:t xml:space="preserve"> </w:t>
      </w:r>
      <w:r>
        <w:rPr>
          <w:b/>
          <w:color w:val="FFFFFF"/>
          <w:sz w:val="23"/>
        </w:rPr>
        <w:t>여부</w:t>
      </w:r>
    </w:p>
    <w:tbl>
      <w:tblPr>
        <w:tblStyle w:val="af9"/>
        <w:tblW w:w="0" w:type="auto"/>
        <w:tblLayout w:type="fixed"/>
        <w:tblLook w:val="04A0"/>
      </w:tblPr>
      <w:tblGrid>
        <w:gridCol w:w="2494"/>
        <w:gridCol w:w="7030"/>
      </w:tblGrid>
      <w:tr w:rsidR="00105BE6">
        <w:trPr>
          <w:trHeight w:val="510"/>
        </w:trPr>
        <w:tc>
          <w:tcPr>
            <w:tcW w:w="2494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필수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항목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수집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이용</w:t>
            </w:r>
          </w:p>
        </w:tc>
        <w:tc>
          <w:tcPr>
            <w:tcW w:w="7030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내용과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같이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개인정보를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수집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이용하는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것에</w:t>
            </w:r>
            <w:r>
              <w:rPr>
                <w:sz w:val="19"/>
                <w:lang w:eastAsia="ko-KR"/>
              </w:rPr>
              <w:t xml:space="preserve">   □ </w:t>
            </w:r>
            <w:r>
              <w:rPr>
                <w:sz w:val="19"/>
                <w:lang w:eastAsia="ko-KR"/>
              </w:rPr>
              <w:t>동의함</w:t>
            </w:r>
            <w:r>
              <w:rPr>
                <w:sz w:val="19"/>
                <w:lang w:eastAsia="ko-KR"/>
              </w:rPr>
              <w:t xml:space="preserve">    □ </w:t>
            </w:r>
            <w:r>
              <w:rPr>
                <w:sz w:val="19"/>
                <w:lang w:eastAsia="ko-KR"/>
              </w:rPr>
              <w:t>동의하지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않음</w:t>
            </w:r>
          </w:p>
        </w:tc>
      </w:tr>
      <w:tr w:rsidR="00105BE6">
        <w:trPr>
          <w:trHeight w:val="510"/>
        </w:trPr>
        <w:tc>
          <w:tcPr>
            <w:tcW w:w="2494" w:type="dxa"/>
            <w:shd w:val="clear" w:color="auto" w:fill="F4F8F6"/>
            <w:vAlign w:val="center"/>
          </w:tcPr>
          <w:p w:rsidR="00105BE6" w:rsidRDefault="004D41DE">
            <w:pPr>
              <w:jc w:val="center"/>
            </w:pPr>
            <w:r>
              <w:rPr>
                <w:b/>
                <w:sz w:val="19"/>
              </w:rPr>
              <w:t>민감정보</w:t>
            </w:r>
            <w:r>
              <w:rPr>
                <w:b/>
                <w:sz w:val="19"/>
              </w:rPr>
              <w:t>(</w:t>
            </w:r>
            <w:r>
              <w:rPr>
                <w:b/>
                <w:sz w:val="19"/>
              </w:rPr>
              <w:t>신용</w:t>
            </w:r>
            <w:r>
              <w:rPr>
                <w:b/>
                <w:sz w:val="19"/>
              </w:rPr>
              <w:t>·</w:t>
            </w:r>
            <w:r>
              <w:rPr>
                <w:b/>
                <w:sz w:val="19"/>
              </w:rPr>
              <w:t>담보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7030" w:type="dxa"/>
            <w:vAlign w:val="center"/>
          </w:tcPr>
          <w:p w:rsidR="00105BE6" w:rsidRDefault="004D41DE">
            <w:pPr>
              <w:rPr>
                <w:lang w:eastAsia="ko-KR"/>
              </w:rPr>
            </w:pPr>
            <w:r>
              <w:rPr>
                <w:sz w:val="19"/>
                <w:lang w:eastAsia="ko-KR"/>
              </w:rPr>
              <w:t>신용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담보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관련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자진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기재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사항의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수집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이용에</w:t>
            </w:r>
            <w:r>
              <w:rPr>
                <w:sz w:val="19"/>
                <w:lang w:eastAsia="ko-KR"/>
              </w:rPr>
              <w:t xml:space="preserve">   □ </w:t>
            </w:r>
            <w:r>
              <w:rPr>
                <w:sz w:val="19"/>
                <w:lang w:eastAsia="ko-KR"/>
              </w:rPr>
              <w:t>동의함</w:t>
            </w:r>
            <w:r>
              <w:rPr>
                <w:sz w:val="19"/>
                <w:lang w:eastAsia="ko-KR"/>
              </w:rPr>
              <w:t xml:space="preserve">    □ </w:t>
            </w:r>
            <w:r>
              <w:rPr>
                <w:sz w:val="19"/>
                <w:lang w:eastAsia="ko-KR"/>
              </w:rPr>
              <w:t>동의하지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않음</w:t>
            </w:r>
          </w:p>
        </w:tc>
      </w:tr>
    </w:tbl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본인은</w:t>
      </w:r>
      <w:r>
        <w:rPr>
          <w:lang w:eastAsia="ko-KR"/>
        </w:rPr>
        <w:t xml:space="preserve"> </w:t>
      </w:r>
      <w:r>
        <w:rPr>
          <w:lang w:eastAsia="ko-KR"/>
        </w:rPr>
        <w:t>위</w:t>
      </w:r>
      <w:r>
        <w:rPr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lang w:eastAsia="ko-KR"/>
        </w:rPr>
        <w:t xml:space="preserve"> </w:t>
      </w:r>
      <w:r>
        <w:rPr>
          <w:lang w:eastAsia="ko-KR"/>
        </w:rPr>
        <w:t>충분히</w:t>
      </w:r>
      <w:r>
        <w:rPr>
          <w:lang w:eastAsia="ko-KR"/>
        </w:rPr>
        <w:t xml:space="preserve"> </w:t>
      </w:r>
      <w:r>
        <w:rPr>
          <w:lang w:eastAsia="ko-KR"/>
        </w:rPr>
        <w:t>읽고</w:t>
      </w:r>
      <w:r>
        <w:rPr>
          <w:lang w:eastAsia="ko-KR"/>
        </w:rPr>
        <w:t xml:space="preserve"> </w:t>
      </w:r>
      <w:r>
        <w:rPr>
          <w:lang w:eastAsia="ko-KR"/>
        </w:rPr>
        <w:t>이해하였으며</w:t>
      </w:r>
      <w:r>
        <w:rPr>
          <w:lang w:eastAsia="ko-KR"/>
        </w:rPr>
        <w:t xml:space="preserve">, </w:t>
      </w:r>
      <w:r>
        <w:rPr>
          <w:lang w:eastAsia="ko-KR"/>
        </w:rPr>
        <w:t>이에</w:t>
      </w:r>
      <w:r>
        <w:rPr>
          <w:lang w:eastAsia="ko-KR"/>
        </w:rPr>
        <w:t xml:space="preserve"> </w:t>
      </w:r>
      <w:r>
        <w:rPr>
          <w:lang w:eastAsia="ko-KR"/>
        </w:rPr>
        <w:t>동의합니다</w:t>
      </w:r>
      <w:r>
        <w:rPr>
          <w:lang w:eastAsia="ko-KR"/>
        </w:rPr>
        <w:t>.</w:t>
      </w:r>
    </w:p>
    <w:p w:rsidR="00105BE6" w:rsidRDefault="00105BE6">
      <w:pPr>
        <w:rPr>
          <w:lang w:eastAsia="ko-KR"/>
        </w:rPr>
      </w:pP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 xml:space="preserve">20      </w:t>
      </w:r>
      <w:r>
        <w:rPr>
          <w:lang w:eastAsia="ko-KR"/>
        </w:rPr>
        <w:t>년</w:t>
      </w:r>
      <w:r>
        <w:rPr>
          <w:lang w:eastAsia="ko-KR"/>
        </w:rPr>
        <w:t xml:space="preserve">       </w:t>
      </w:r>
      <w:r>
        <w:rPr>
          <w:lang w:eastAsia="ko-KR"/>
        </w:rPr>
        <w:t xml:space="preserve"> </w:t>
      </w:r>
      <w:r>
        <w:rPr>
          <w:lang w:eastAsia="ko-KR"/>
        </w:rPr>
        <w:t>월</w:t>
      </w:r>
      <w:r>
        <w:rPr>
          <w:lang w:eastAsia="ko-KR"/>
        </w:rPr>
        <w:t xml:space="preserve">        </w:t>
      </w:r>
      <w:r>
        <w:rPr>
          <w:lang w:eastAsia="ko-KR"/>
        </w:rPr>
        <w:t>일</w:t>
      </w:r>
    </w:p>
    <w:p w:rsidR="00105BE6" w:rsidRDefault="004D41DE">
      <w:pPr>
        <w:jc w:val="right"/>
        <w:rPr>
          <w:lang w:eastAsia="ko-KR"/>
        </w:rPr>
      </w:pPr>
      <w:r>
        <w:rPr>
          <w:lang w:eastAsia="ko-KR"/>
        </w:rPr>
        <w:t>성명</w:t>
      </w:r>
      <w:r>
        <w:rPr>
          <w:lang w:eastAsia="ko-KR"/>
        </w:rPr>
        <w:t xml:space="preserve"> :                          (</w:t>
      </w:r>
      <w:r>
        <w:rPr>
          <w:lang w:eastAsia="ko-KR"/>
        </w:rPr>
        <w:t>서명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인</w:t>
      </w:r>
      <w:r>
        <w:rPr>
          <w:lang w:eastAsia="ko-KR"/>
        </w:rPr>
        <w:t>)</w:t>
      </w:r>
    </w:p>
    <w:p w:rsidR="00105BE6" w:rsidRDefault="00105BE6">
      <w:pPr>
        <w:rPr>
          <w:lang w:eastAsia="ko-KR"/>
        </w:rPr>
      </w:pPr>
    </w:p>
    <w:p w:rsidR="00105BE6" w:rsidRDefault="004D41DE">
      <w:pPr>
        <w:jc w:val="center"/>
        <w:rPr>
          <w:lang w:eastAsia="ko-KR"/>
        </w:rPr>
      </w:pPr>
      <w:r>
        <w:rPr>
          <w:color w:val="888888"/>
          <w:sz w:val="17"/>
          <w:lang w:eastAsia="ko-KR"/>
        </w:rPr>
        <w:t>인천농산물주식회사</w:t>
      </w:r>
      <w:r>
        <w:rPr>
          <w:color w:val="888888"/>
          <w:sz w:val="17"/>
          <w:lang w:eastAsia="ko-KR"/>
        </w:rPr>
        <w:t xml:space="preserve"> · </w:t>
      </w:r>
      <w:r>
        <w:rPr>
          <w:color w:val="888888"/>
          <w:sz w:val="17"/>
          <w:lang w:eastAsia="ko-KR"/>
        </w:rPr>
        <w:t>남촌농산물도매시장</w:t>
      </w:r>
      <w:r>
        <w:rPr>
          <w:color w:val="888888"/>
          <w:sz w:val="17"/>
          <w:lang w:eastAsia="ko-KR"/>
        </w:rPr>
        <w:t xml:space="preserve"> </w:t>
      </w:r>
      <w:r>
        <w:rPr>
          <w:color w:val="888888"/>
          <w:sz w:val="17"/>
          <w:lang w:eastAsia="ko-KR"/>
        </w:rPr>
        <w:t>시장법인</w:t>
      </w:r>
      <w:r>
        <w:rPr>
          <w:color w:val="888888"/>
          <w:sz w:val="17"/>
          <w:lang w:eastAsia="ko-KR"/>
        </w:rPr>
        <w:t xml:space="preserve">  |  </w:t>
      </w:r>
      <w:r>
        <w:rPr>
          <w:color w:val="888888"/>
          <w:sz w:val="17"/>
          <w:lang w:eastAsia="ko-KR"/>
        </w:rPr>
        <w:t>신규</w:t>
      </w:r>
      <w:r>
        <w:rPr>
          <w:color w:val="888888"/>
          <w:sz w:val="17"/>
          <w:lang w:eastAsia="ko-KR"/>
        </w:rPr>
        <w:t xml:space="preserve"> </w:t>
      </w:r>
      <w:r>
        <w:rPr>
          <w:color w:val="888888"/>
          <w:sz w:val="17"/>
          <w:lang w:eastAsia="ko-KR"/>
        </w:rPr>
        <w:t>중도매인</w:t>
      </w:r>
      <w:r>
        <w:rPr>
          <w:color w:val="888888"/>
          <w:sz w:val="17"/>
          <w:lang w:eastAsia="ko-KR"/>
        </w:rPr>
        <w:t xml:space="preserve"> </w:t>
      </w:r>
      <w:r>
        <w:rPr>
          <w:color w:val="888888"/>
          <w:sz w:val="17"/>
          <w:lang w:eastAsia="ko-KR"/>
        </w:rPr>
        <w:t>사전</w:t>
      </w:r>
      <w:r>
        <w:rPr>
          <w:color w:val="888888"/>
          <w:sz w:val="17"/>
          <w:lang w:eastAsia="ko-KR"/>
        </w:rPr>
        <w:t xml:space="preserve"> </w:t>
      </w:r>
      <w:r>
        <w:rPr>
          <w:color w:val="888888"/>
          <w:sz w:val="17"/>
          <w:lang w:eastAsia="ko-KR"/>
        </w:rPr>
        <w:t>검토</w:t>
      </w:r>
      <w:r>
        <w:rPr>
          <w:color w:val="888888"/>
          <w:sz w:val="17"/>
          <w:lang w:eastAsia="ko-KR"/>
        </w:rPr>
        <w:t xml:space="preserve"> </w:t>
      </w:r>
      <w:r>
        <w:rPr>
          <w:color w:val="888888"/>
          <w:sz w:val="17"/>
          <w:lang w:eastAsia="ko-KR"/>
        </w:rPr>
        <w:t>서식</w:t>
      </w:r>
      <w:r>
        <w:rPr>
          <w:color w:val="888888"/>
          <w:sz w:val="17"/>
          <w:lang w:eastAsia="ko-KR"/>
        </w:rPr>
        <w:t xml:space="preserve">(2026)  |  </w:t>
      </w:r>
      <w:r>
        <w:rPr>
          <w:color w:val="888888"/>
          <w:sz w:val="17"/>
          <w:lang w:eastAsia="ko-KR"/>
        </w:rPr>
        <w:t>문의</w:t>
      </w:r>
      <w:r>
        <w:rPr>
          <w:color w:val="888888"/>
          <w:sz w:val="17"/>
          <w:lang w:eastAsia="ko-KR"/>
        </w:rPr>
        <w:t xml:space="preserve">: </w:t>
      </w:r>
      <w:r>
        <w:rPr>
          <w:color w:val="888888"/>
          <w:sz w:val="17"/>
          <w:lang w:eastAsia="ko-KR"/>
        </w:rPr>
        <w:t>영업지원부</w:t>
      </w:r>
      <w:r>
        <w:rPr>
          <w:color w:val="888888"/>
          <w:sz w:val="17"/>
          <w:lang w:eastAsia="ko-KR"/>
        </w:rPr>
        <w:t>·</w:t>
      </w:r>
      <w:r>
        <w:rPr>
          <w:color w:val="888888"/>
          <w:sz w:val="17"/>
          <w:lang w:eastAsia="ko-KR"/>
        </w:rPr>
        <w:t>총무부</w:t>
      </w:r>
    </w:p>
    <w:sectPr w:rsidR="00105BE6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1DE" w:rsidRDefault="004D41DE" w:rsidP="00CA25AB">
      <w:pPr>
        <w:spacing w:after="0" w:line="240" w:lineRule="auto"/>
      </w:pPr>
      <w:r>
        <w:separator/>
      </w:r>
    </w:p>
  </w:endnote>
  <w:endnote w:type="continuationSeparator" w:id="1">
    <w:p w:rsidR="004D41DE" w:rsidRDefault="004D41DE" w:rsidP="00CA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1DE" w:rsidRDefault="004D41DE" w:rsidP="00CA25AB">
      <w:pPr>
        <w:spacing w:after="0" w:line="240" w:lineRule="auto"/>
      </w:pPr>
      <w:r>
        <w:separator/>
      </w:r>
    </w:p>
  </w:footnote>
  <w:footnote w:type="continuationSeparator" w:id="1">
    <w:p w:rsidR="004D41DE" w:rsidRDefault="004D41DE" w:rsidP="00CA2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05BE6"/>
    <w:rsid w:val="0015074B"/>
    <w:rsid w:val="0029639D"/>
    <w:rsid w:val="00326F90"/>
    <w:rsid w:val="004D41DE"/>
    <w:rsid w:val="00AA1D8D"/>
    <w:rsid w:val="00B47730"/>
    <w:rsid w:val="00CA25AB"/>
    <w:rsid w:val="00CB0664"/>
    <w:rsid w:val="00E92482"/>
    <w:rsid w:val="00F7053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임우진</cp:lastModifiedBy>
  <cp:revision>2</cp:revision>
  <cp:lastPrinted>2026-07-03T01:57:00Z</cp:lastPrinted>
  <dcterms:created xsi:type="dcterms:W3CDTF">2026-07-03T01:59:00Z</dcterms:created>
  <dcterms:modified xsi:type="dcterms:W3CDTF">2026-07-03T01:59:00Z</dcterms:modified>
</cp:coreProperties>
</file>